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4214D"/>
          <w:sz w:val="16"/>
        </w:rPr>
        <w:t>ONE PERSON’S WEEK</w:t>
      </w:r>
    </w:p>
    <w:p>
      <w:pPr>
        <w:pStyle w:val="Heading1"/>
      </w:pPr>
      <w:r>
        <w:t>Weekly timesheet</w:t>
      </w:r>
    </w:p>
    <w:tbl>
      <w:tblPr>
        <w:tblStyle w:val="TableGrid"/>
        <w:tblW w:type="auto" w:w="0"/>
        <w:jc w:val="center"/>
        <w:tblLook w:firstColumn="1" w:firstRow="1" w:lastColumn="0" w:lastRow="0" w:noHBand="0" w:noVBand="1" w:val="04A0"/>
      </w:tblPr>
      <w:tblGrid>
        <w:gridCol w:w="7739"/>
        <w:gridCol w:w="7739"/>
      </w:tblGrid>
      <w:tr>
        <w:trPr>
          <w:tblHeader w:val="true"/>
        </w:trPr>
        <w:tc>
          <w:tcPr>
            <w:tcW w:type="dxa" w:w="3969"/>
            <w:shd w:val="clear" w:color="auto" w:fill="E8EAF1"/>
          </w:tcPr>
          <w:p>
            <w:r/>
            <w:r>
              <w:rPr>
                <w:b/>
                <w:sz w:val="18"/>
              </w:rPr>
              <w:t>Field</w:t>
            </w:r>
          </w:p>
        </w:tc>
        <w:tc>
          <w:tcPr>
            <w:tcW w:type="dxa" w:w="11339"/>
            <w:shd w:val="clear" w:color="auto" w:fill="E8EAF1"/>
          </w:tcPr>
          <w:p>
            <w:r/>
            <w:r>
              <w:rPr>
                <w:b/>
                <w:sz w:val="18"/>
              </w:rPr>
              <w:t>Entry</w:t>
            </w:r>
          </w:p>
        </w:tc>
      </w:tr>
      <w:tr>
        <w:tc>
          <w:tcPr>
            <w:tcW w:type="dxa" w:w="3969"/>
          </w:tcPr>
          <w:p>
            <w:pPr>
              <w:spacing w:after="20"/>
            </w:pPr>
            <w:r/>
            <w:r>
              <w:rPr>
                <w:sz w:val="18"/>
              </w:rPr>
              <w:t>Week commencing</w:t>
            </w:r>
          </w:p>
        </w:tc>
        <w:tc>
          <w:tcPr>
            <w:tcW w:type="dxa" w:w="11339"/>
          </w:tcPr>
          <w:p>
            <w:pPr>
              <w:spacing w:after="20"/>
            </w:pPr>
            <w:r/>
            <w:r>
              <w:rPr>
                <w:sz w:val="18"/>
              </w:rPr>
            </w:r>
          </w:p>
        </w:tc>
      </w:tr>
      <w:tr>
        <w:tc>
          <w:tcPr>
            <w:tcW w:type="dxa" w:w="3969"/>
          </w:tcPr>
          <w:p>
            <w:pPr>
              <w:spacing w:after="20"/>
            </w:pPr>
            <w:r/>
            <w:r>
              <w:rPr>
                <w:sz w:val="18"/>
              </w:rPr>
              <w:t>Name</w:t>
            </w:r>
          </w:p>
        </w:tc>
        <w:tc>
          <w:tcPr>
            <w:tcW w:type="dxa" w:w="11339"/>
          </w:tcPr>
          <w:p>
            <w:pPr>
              <w:spacing w:after="20"/>
            </w:pPr>
            <w:r/>
            <w:r>
              <w:rPr>
                <w:sz w:val="18"/>
              </w:rPr>
            </w:r>
          </w:p>
        </w:tc>
      </w:tr>
      <w:tr>
        <w:tc>
          <w:tcPr>
            <w:tcW w:type="dxa" w:w="3969"/>
          </w:tcPr>
          <w:p>
            <w:pPr>
              <w:spacing w:after="20"/>
            </w:pPr>
            <w:r/>
            <w:r>
              <w:rPr>
                <w:sz w:val="18"/>
              </w:rPr>
              <w:t>Employer</w:t>
            </w:r>
          </w:p>
        </w:tc>
        <w:tc>
          <w:tcPr>
            <w:tcW w:type="dxa" w:w="11339"/>
          </w:tcPr>
          <w:p>
            <w:pPr>
              <w:spacing w:after="20"/>
            </w:pPr>
            <w:r/>
            <w:r>
              <w:rPr>
                <w:sz w:val="18"/>
              </w:rPr>
            </w:r>
          </w:p>
        </w:tc>
      </w:tr>
      <w:tr>
        <w:tc>
          <w:tcPr>
            <w:tcW w:type="dxa" w:w="3969"/>
          </w:tcPr>
          <w:p>
            <w:pPr>
              <w:spacing w:after="20"/>
            </w:pPr>
            <w:r/>
            <w:r>
              <w:rPr>
                <w:sz w:val="18"/>
              </w:rPr>
              <w:t>Payroll or staff number</w:t>
            </w:r>
          </w:p>
        </w:tc>
        <w:tc>
          <w:tcPr>
            <w:tcW w:type="dxa" w:w="11339"/>
          </w:tcPr>
          <w:p>
            <w:pPr>
              <w:spacing w:after="20"/>
            </w:pPr>
            <w:r/>
            <w:r>
              <w:rPr>
                <w:sz w:val="18"/>
              </w:rPr>
            </w:r>
          </w:p>
        </w:tc>
      </w:tr>
      <w:tr>
        <w:tc>
          <w:tcPr>
            <w:tcW w:type="dxa" w:w="3969"/>
          </w:tcPr>
          <w:p>
            <w:pPr>
              <w:spacing w:after="20"/>
            </w:pPr>
            <w:r/>
            <w:r>
              <w:rPr>
                <w:sz w:val="18"/>
              </w:rPr>
              <w:t>Trade or grade</w:t>
            </w:r>
          </w:p>
        </w:tc>
        <w:tc>
          <w:tcPr>
            <w:tcW w:type="dxa" w:w="11339"/>
          </w:tcPr>
          <w:p>
            <w:pPr>
              <w:spacing w:after="20"/>
            </w:pPr>
            <w:r/>
            <w:r>
              <w:rPr>
                <w:sz w:val="18"/>
              </w:rPr>
            </w:r>
          </w:p>
        </w:tc>
      </w:tr>
      <w:tr>
        <w:tc>
          <w:tcPr>
            <w:tcW w:type="dxa" w:w="3969"/>
          </w:tcPr>
          <w:p>
            <w:pPr>
              <w:spacing w:after="20"/>
            </w:pPr>
            <w:r/>
            <w:r>
              <w:rPr>
                <w:sz w:val="18"/>
              </w:rPr>
              <w:t>Supervisor</w:t>
            </w:r>
          </w:p>
        </w:tc>
        <w:tc>
          <w:tcPr>
            <w:tcW w:type="dxa" w:w="11339"/>
          </w:tcPr>
          <w:p>
            <w:pPr>
              <w:spacing w:after="20"/>
            </w:pPr>
            <w:r/>
            <w:r>
              <w:rPr>
                <w:sz w:val="18"/>
              </w:rPr>
            </w:r>
          </w:p>
        </w:tc>
      </w:tr>
    </w:tbl>
    <w:p/>
    <w:tbl>
      <w:tblPr>
        <w:tblStyle w:val="TableGrid"/>
        <w:tblW w:type="auto" w:w="0"/>
        <w:jc w:val="center"/>
        <w:tblLook w:firstColumn="1" w:firstRow="1" w:lastColumn="0" w:lastRow="0" w:noHBand="0" w:noVBand="1" w:val="04A0"/>
      </w:tblPr>
      <w:tblGrid>
        <w:gridCol w:w="1548"/>
        <w:gridCol w:w="1548"/>
        <w:gridCol w:w="1548"/>
        <w:gridCol w:w="1548"/>
        <w:gridCol w:w="1548"/>
        <w:gridCol w:w="1548"/>
        <w:gridCol w:w="1548"/>
        <w:gridCol w:w="1548"/>
        <w:gridCol w:w="1548"/>
        <w:gridCol w:w="1548"/>
      </w:tblGrid>
      <w:tr>
        <w:trPr>
          <w:tblHeader w:val="true"/>
        </w:trPr>
        <w:tc>
          <w:tcPr>
            <w:tcW w:type="dxa" w:w="1361"/>
            <w:shd w:val="clear" w:color="auto" w:fill="E8EAF1"/>
          </w:tcPr>
          <w:p>
            <w:r/>
            <w:r>
              <w:rPr>
                <w:b/>
                <w:sz w:val="17"/>
              </w:rPr>
              <w:t>Day</w:t>
            </w:r>
          </w:p>
        </w:tc>
        <w:tc>
          <w:tcPr>
            <w:tcW w:type="dxa" w:w="1134"/>
            <w:shd w:val="clear" w:color="auto" w:fill="E8EAF1"/>
          </w:tcPr>
          <w:p>
            <w:r/>
            <w:r>
              <w:rPr>
                <w:b/>
                <w:sz w:val="17"/>
              </w:rPr>
              <w:t>Date</w:t>
            </w:r>
          </w:p>
        </w:tc>
        <w:tc>
          <w:tcPr>
            <w:tcW w:type="dxa" w:w="3061"/>
            <w:shd w:val="clear" w:color="auto" w:fill="E8EAF1"/>
          </w:tcPr>
          <w:p>
            <w:r/>
            <w:r>
              <w:rPr>
                <w:b/>
                <w:sz w:val="17"/>
              </w:rPr>
              <w:t>Job or site</w:t>
            </w:r>
          </w:p>
        </w:tc>
        <w:tc>
          <w:tcPr>
            <w:tcW w:type="dxa" w:w="907"/>
            <w:shd w:val="clear" w:color="auto" w:fill="E8EAF1"/>
          </w:tcPr>
          <w:p>
            <w:r/>
            <w:r>
              <w:rPr>
                <w:b/>
                <w:sz w:val="17"/>
              </w:rPr>
              <w:t>Start</w:t>
            </w:r>
          </w:p>
        </w:tc>
        <w:tc>
          <w:tcPr>
            <w:tcW w:type="dxa" w:w="907"/>
            <w:shd w:val="clear" w:color="auto" w:fill="E8EAF1"/>
          </w:tcPr>
          <w:p>
            <w:r/>
            <w:r>
              <w:rPr>
                <w:b/>
                <w:sz w:val="17"/>
              </w:rPr>
              <w:t>Finish</w:t>
            </w:r>
          </w:p>
        </w:tc>
        <w:tc>
          <w:tcPr>
            <w:tcW w:type="dxa" w:w="907"/>
            <w:shd w:val="clear" w:color="auto" w:fill="E8EAF1"/>
          </w:tcPr>
          <w:p>
            <w:r/>
            <w:r>
              <w:rPr>
                <w:b/>
                <w:sz w:val="17"/>
              </w:rPr>
              <w:t>Breaks</w:t>
            </w:r>
          </w:p>
        </w:tc>
        <w:tc>
          <w:tcPr>
            <w:tcW w:type="dxa" w:w="1020"/>
            <w:shd w:val="clear" w:color="auto" w:fill="E8EAF1"/>
          </w:tcPr>
          <w:p>
            <w:r/>
            <w:r>
              <w:rPr>
                <w:b/>
                <w:sz w:val="17"/>
              </w:rPr>
              <w:t>Hours worked</w:t>
            </w:r>
          </w:p>
        </w:tc>
        <w:tc>
          <w:tcPr>
            <w:tcW w:type="dxa" w:w="1020"/>
            <w:shd w:val="clear" w:color="auto" w:fill="E8EAF1"/>
          </w:tcPr>
          <w:p>
            <w:r/>
            <w:r>
              <w:rPr>
                <w:b/>
                <w:sz w:val="17"/>
              </w:rPr>
              <w:t>Overtime</w:t>
            </w:r>
          </w:p>
        </w:tc>
        <w:tc>
          <w:tcPr>
            <w:tcW w:type="dxa" w:w="907"/>
            <w:shd w:val="clear" w:color="auto" w:fill="E8EAF1"/>
          </w:tcPr>
          <w:p>
            <w:r/>
            <w:r>
              <w:rPr>
                <w:b/>
                <w:sz w:val="17"/>
              </w:rPr>
              <w:t>Travel</w:t>
            </w:r>
          </w:p>
        </w:tc>
        <w:tc>
          <w:tcPr>
            <w:tcW w:type="dxa" w:w="2835"/>
            <w:shd w:val="clear" w:color="auto" w:fill="E8EAF1"/>
          </w:tcPr>
          <w:p>
            <w:r/>
            <w:r>
              <w:rPr>
                <w:b/>
                <w:sz w:val="17"/>
              </w:rPr>
              <w:t>Notes: leave, sick, day works</w:t>
            </w:r>
          </w:p>
        </w:tc>
      </w:tr>
      <w:tr>
        <w:tc>
          <w:tcPr>
            <w:tcW w:type="dxa" w:w="1361"/>
          </w:tcPr>
          <w:p>
            <w:pPr>
              <w:spacing w:after="20"/>
            </w:pPr>
            <w:r/>
            <w:r>
              <w:rPr>
                <w:sz w:val="17"/>
              </w:rPr>
              <w:t>Monday</w:t>
            </w:r>
          </w:p>
        </w:tc>
        <w:tc>
          <w:tcPr>
            <w:tcW w:type="dxa" w:w="1134"/>
          </w:tcPr>
          <w:p>
            <w:pPr>
              <w:spacing w:after="20"/>
            </w:pPr>
            <w:r/>
            <w:r>
              <w:rPr>
                <w:sz w:val="17"/>
              </w:rPr>
            </w:r>
          </w:p>
        </w:tc>
        <w:tc>
          <w:tcPr>
            <w:tcW w:type="dxa" w:w="3061"/>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1020"/>
          </w:tcPr>
          <w:p>
            <w:pPr>
              <w:spacing w:after="20"/>
            </w:pPr>
            <w:r/>
            <w:r>
              <w:rPr>
                <w:sz w:val="17"/>
              </w:rPr>
            </w:r>
          </w:p>
        </w:tc>
        <w:tc>
          <w:tcPr>
            <w:tcW w:type="dxa" w:w="1020"/>
          </w:tcPr>
          <w:p>
            <w:pPr>
              <w:spacing w:after="20"/>
            </w:pPr>
            <w:r/>
            <w:r>
              <w:rPr>
                <w:sz w:val="17"/>
              </w:rPr>
            </w:r>
          </w:p>
        </w:tc>
        <w:tc>
          <w:tcPr>
            <w:tcW w:type="dxa" w:w="907"/>
          </w:tcPr>
          <w:p>
            <w:pPr>
              <w:spacing w:after="20"/>
            </w:pPr>
            <w:r/>
            <w:r>
              <w:rPr>
                <w:sz w:val="17"/>
              </w:rPr>
            </w:r>
          </w:p>
        </w:tc>
        <w:tc>
          <w:tcPr>
            <w:tcW w:type="dxa" w:w="2835"/>
          </w:tcPr>
          <w:p>
            <w:pPr>
              <w:spacing w:after="20"/>
            </w:pPr>
            <w:r/>
            <w:r>
              <w:rPr>
                <w:sz w:val="17"/>
              </w:rPr>
            </w:r>
          </w:p>
        </w:tc>
      </w:tr>
      <w:tr>
        <w:tc>
          <w:tcPr>
            <w:tcW w:type="dxa" w:w="1361"/>
          </w:tcPr>
          <w:p>
            <w:pPr>
              <w:spacing w:after="20"/>
            </w:pPr>
            <w:r/>
            <w:r>
              <w:rPr>
                <w:sz w:val="17"/>
              </w:rPr>
              <w:t>Tuesday</w:t>
            </w:r>
          </w:p>
        </w:tc>
        <w:tc>
          <w:tcPr>
            <w:tcW w:type="dxa" w:w="1134"/>
          </w:tcPr>
          <w:p>
            <w:pPr>
              <w:spacing w:after="20"/>
            </w:pPr>
            <w:r/>
            <w:r>
              <w:rPr>
                <w:sz w:val="17"/>
              </w:rPr>
            </w:r>
          </w:p>
        </w:tc>
        <w:tc>
          <w:tcPr>
            <w:tcW w:type="dxa" w:w="3061"/>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1020"/>
          </w:tcPr>
          <w:p>
            <w:pPr>
              <w:spacing w:after="20"/>
            </w:pPr>
            <w:r/>
            <w:r>
              <w:rPr>
                <w:sz w:val="17"/>
              </w:rPr>
            </w:r>
          </w:p>
        </w:tc>
        <w:tc>
          <w:tcPr>
            <w:tcW w:type="dxa" w:w="1020"/>
          </w:tcPr>
          <w:p>
            <w:pPr>
              <w:spacing w:after="20"/>
            </w:pPr>
            <w:r/>
            <w:r>
              <w:rPr>
                <w:sz w:val="17"/>
              </w:rPr>
            </w:r>
          </w:p>
        </w:tc>
        <w:tc>
          <w:tcPr>
            <w:tcW w:type="dxa" w:w="907"/>
          </w:tcPr>
          <w:p>
            <w:pPr>
              <w:spacing w:after="20"/>
            </w:pPr>
            <w:r/>
            <w:r>
              <w:rPr>
                <w:sz w:val="17"/>
              </w:rPr>
            </w:r>
          </w:p>
        </w:tc>
        <w:tc>
          <w:tcPr>
            <w:tcW w:type="dxa" w:w="2835"/>
          </w:tcPr>
          <w:p>
            <w:pPr>
              <w:spacing w:after="20"/>
            </w:pPr>
            <w:r/>
            <w:r>
              <w:rPr>
                <w:sz w:val="17"/>
              </w:rPr>
            </w:r>
          </w:p>
        </w:tc>
      </w:tr>
      <w:tr>
        <w:tc>
          <w:tcPr>
            <w:tcW w:type="dxa" w:w="1361"/>
          </w:tcPr>
          <w:p>
            <w:pPr>
              <w:spacing w:after="20"/>
            </w:pPr>
            <w:r/>
            <w:r>
              <w:rPr>
                <w:sz w:val="17"/>
              </w:rPr>
              <w:t>Wednesday</w:t>
            </w:r>
          </w:p>
        </w:tc>
        <w:tc>
          <w:tcPr>
            <w:tcW w:type="dxa" w:w="1134"/>
          </w:tcPr>
          <w:p>
            <w:pPr>
              <w:spacing w:after="20"/>
            </w:pPr>
            <w:r/>
            <w:r>
              <w:rPr>
                <w:sz w:val="17"/>
              </w:rPr>
            </w:r>
          </w:p>
        </w:tc>
        <w:tc>
          <w:tcPr>
            <w:tcW w:type="dxa" w:w="3061"/>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1020"/>
          </w:tcPr>
          <w:p>
            <w:pPr>
              <w:spacing w:after="20"/>
            </w:pPr>
            <w:r/>
            <w:r>
              <w:rPr>
                <w:sz w:val="17"/>
              </w:rPr>
            </w:r>
          </w:p>
        </w:tc>
        <w:tc>
          <w:tcPr>
            <w:tcW w:type="dxa" w:w="1020"/>
          </w:tcPr>
          <w:p>
            <w:pPr>
              <w:spacing w:after="20"/>
            </w:pPr>
            <w:r/>
            <w:r>
              <w:rPr>
                <w:sz w:val="17"/>
              </w:rPr>
            </w:r>
          </w:p>
        </w:tc>
        <w:tc>
          <w:tcPr>
            <w:tcW w:type="dxa" w:w="907"/>
          </w:tcPr>
          <w:p>
            <w:pPr>
              <w:spacing w:after="20"/>
            </w:pPr>
            <w:r/>
            <w:r>
              <w:rPr>
                <w:sz w:val="17"/>
              </w:rPr>
            </w:r>
          </w:p>
        </w:tc>
        <w:tc>
          <w:tcPr>
            <w:tcW w:type="dxa" w:w="2835"/>
          </w:tcPr>
          <w:p>
            <w:pPr>
              <w:spacing w:after="20"/>
            </w:pPr>
            <w:r/>
            <w:r>
              <w:rPr>
                <w:sz w:val="17"/>
              </w:rPr>
            </w:r>
          </w:p>
        </w:tc>
      </w:tr>
      <w:tr>
        <w:tc>
          <w:tcPr>
            <w:tcW w:type="dxa" w:w="1361"/>
          </w:tcPr>
          <w:p>
            <w:pPr>
              <w:spacing w:after="20"/>
            </w:pPr>
            <w:r/>
            <w:r>
              <w:rPr>
                <w:sz w:val="17"/>
              </w:rPr>
              <w:t>Thursday</w:t>
            </w:r>
          </w:p>
        </w:tc>
        <w:tc>
          <w:tcPr>
            <w:tcW w:type="dxa" w:w="1134"/>
          </w:tcPr>
          <w:p>
            <w:pPr>
              <w:spacing w:after="20"/>
            </w:pPr>
            <w:r/>
            <w:r>
              <w:rPr>
                <w:sz w:val="17"/>
              </w:rPr>
            </w:r>
          </w:p>
        </w:tc>
        <w:tc>
          <w:tcPr>
            <w:tcW w:type="dxa" w:w="3061"/>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1020"/>
          </w:tcPr>
          <w:p>
            <w:pPr>
              <w:spacing w:after="20"/>
            </w:pPr>
            <w:r/>
            <w:r>
              <w:rPr>
                <w:sz w:val="17"/>
              </w:rPr>
            </w:r>
          </w:p>
        </w:tc>
        <w:tc>
          <w:tcPr>
            <w:tcW w:type="dxa" w:w="1020"/>
          </w:tcPr>
          <w:p>
            <w:pPr>
              <w:spacing w:after="20"/>
            </w:pPr>
            <w:r/>
            <w:r>
              <w:rPr>
                <w:sz w:val="17"/>
              </w:rPr>
            </w:r>
          </w:p>
        </w:tc>
        <w:tc>
          <w:tcPr>
            <w:tcW w:type="dxa" w:w="907"/>
          </w:tcPr>
          <w:p>
            <w:pPr>
              <w:spacing w:after="20"/>
            </w:pPr>
            <w:r/>
            <w:r>
              <w:rPr>
                <w:sz w:val="17"/>
              </w:rPr>
            </w:r>
          </w:p>
        </w:tc>
        <w:tc>
          <w:tcPr>
            <w:tcW w:type="dxa" w:w="2835"/>
          </w:tcPr>
          <w:p>
            <w:pPr>
              <w:spacing w:after="20"/>
            </w:pPr>
            <w:r/>
            <w:r>
              <w:rPr>
                <w:sz w:val="17"/>
              </w:rPr>
            </w:r>
          </w:p>
        </w:tc>
      </w:tr>
      <w:tr>
        <w:tc>
          <w:tcPr>
            <w:tcW w:type="dxa" w:w="1361"/>
          </w:tcPr>
          <w:p>
            <w:pPr>
              <w:spacing w:after="20"/>
            </w:pPr>
            <w:r/>
            <w:r>
              <w:rPr>
                <w:sz w:val="17"/>
              </w:rPr>
              <w:t>Friday</w:t>
            </w:r>
          </w:p>
        </w:tc>
        <w:tc>
          <w:tcPr>
            <w:tcW w:type="dxa" w:w="1134"/>
          </w:tcPr>
          <w:p>
            <w:pPr>
              <w:spacing w:after="20"/>
            </w:pPr>
            <w:r/>
            <w:r>
              <w:rPr>
                <w:sz w:val="17"/>
              </w:rPr>
            </w:r>
          </w:p>
        </w:tc>
        <w:tc>
          <w:tcPr>
            <w:tcW w:type="dxa" w:w="3061"/>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1020"/>
          </w:tcPr>
          <w:p>
            <w:pPr>
              <w:spacing w:after="20"/>
            </w:pPr>
            <w:r/>
            <w:r>
              <w:rPr>
                <w:sz w:val="17"/>
              </w:rPr>
            </w:r>
          </w:p>
        </w:tc>
        <w:tc>
          <w:tcPr>
            <w:tcW w:type="dxa" w:w="1020"/>
          </w:tcPr>
          <w:p>
            <w:pPr>
              <w:spacing w:after="20"/>
            </w:pPr>
            <w:r/>
            <w:r>
              <w:rPr>
                <w:sz w:val="17"/>
              </w:rPr>
            </w:r>
          </w:p>
        </w:tc>
        <w:tc>
          <w:tcPr>
            <w:tcW w:type="dxa" w:w="907"/>
          </w:tcPr>
          <w:p>
            <w:pPr>
              <w:spacing w:after="20"/>
            </w:pPr>
            <w:r/>
            <w:r>
              <w:rPr>
                <w:sz w:val="17"/>
              </w:rPr>
            </w:r>
          </w:p>
        </w:tc>
        <w:tc>
          <w:tcPr>
            <w:tcW w:type="dxa" w:w="2835"/>
          </w:tcPr>
          <w:p>
            <w:pPr>
              <w:spacing w:after="20"/>
            </w:pPr>
            <w:r/>
            <w:r>
              <w:rPr>
                <w:sz w:val="17"/>
              </w:rPr>
            </w:r>
          </w:p>
        </w:tc>
      </w:tr>
      <w:tr>
        <w:tc>
          <w:tcPr>
            <w:tcW w:type="dxa" w:w="1361"/>
          </w:tcPr>
          <w:p>
            <w:pPr>
              <w:spacing w:after="20"/>
            </w:pPr>
            <w:r/>
            <w:r>
              <w:rPr>
                <w:sz w:val="17"/>
              </w:rPr>
              <w:t>Saturday</w:t>
            </w:r>
          </w:p>
        </w:tc>
        <w:tc>
          <w:tcPr>
            <w:tcW w:type="dxa" w:w="1134"/>
          </w:tcPr>
          <w:p>
            <w:pPr>
              <w:spacing w:after="20"/>
            </w:pPr>
            <w:r/>
            <w:r>
              <w:rPr>
                <w:sz w:val="17"/>
              </w:rPr>
            </w:r>
          </w:p>
        </w:tc>
        <w:tc>
          <w:tcPr>
            <w:tcW w:type="dxa" w:w="3061"/>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1020"/>
          </w:tcPr>
          <w:p>
            <w:pPr>
              <w:spacing w:after="20"/>
            </w:pPr>
            <w:r/>
            <w:r>
              <w:rPr>
                <w:sz w:val="17"/>
              </w:rPr>
            </w:r>
          </w:p>
        </w:tc>
        <w:tc>
          <w:tcPr>
            <w:tcW w:type="dxa" w:w="1020"/>
          </w:tcPr>
          <w:p>
            <w:pPr>
              <w:spacing w:after="20"/>
            </w:pPr>
            <w:r/>
            <w:r>
              <w:rPr>
                <w:sz w:val="17"/>
              </w:rPr>
            </w:r>
          </w:p>
        </w:tc>
        <w:tc>
          <w:tcPr>
            <w:tcW w:type="dxa" w:w="907"/>
          </w:tcPr>
          <w:p>
            <w:pPr>
              <w:spacing w:after="20"/>
            </w:pPr>
            <w:r/>
            <w:r>
              <w:rPr>
                <w:sz w:val="17"/>
              </w:rPr>
            </w:r>
          </w:p>
        </w:tc>
        <w:tc>
          <w:tcPr>
            <w:tcW w:type="dxa" w:w="2835"/>
          </w:tcPr>
          <w:p>
            <w:pPr>
              <w:spacing w:after="20"/>
            </w:pPr>
            <w:r/>
            <w:r>
              <w:rPr>
                <w:sz w:val="17"/>
              </w:rPr>
            </w:r>
          </w:p>
        </w:tc>
      </w:tr>
      <w:tr>
        <w:tc>
          <w:tcPr>
            <w:tcW w:type="dxa" w:w="1361"/>
          </w:tcPr>
          <w:p>
            <w:pPr>
              <w:spacing w:after="20"/>
            </w:pPr>
            <w:r/>
            <w:r>
              <w:rPr>
                <w:sz w:val="17"/>
              </w:rPr>
              <w:t>Sunday</w:t>
            </w:r>
          </w:p>
        </w:tc>
        <w:tc>
          <w:tcPr>
            <w:tcW w:type="dxa" w:w="1134"/>
          </w:tcPr>
          <w:p>
            <w:pPr>
              <w:spacing w:after="20"/>
            </w:pPr>
            <w:r/>
            <w:r>
              <w:rPr>
                <w:sz w:val="17"/>
              </w:rPr>
            </w:r>
          </w:p>
        </w:tc>
        <w:tc>
          <w:tcPr>
            <w:tcW w:type="dxa" w:w="3061"/>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907"/>
          </w:tcPr>
          <w:p>
            <w:pPr>
              <w:spacing w:after="20"/>
            </w:pPr>
            <w:r/>
            <w:r>
              <w:rPr>
                <w:sz w:val="17"/>
              </w:rPr>
            </w:r>
          </w:p>
        </w:tc>
        <w:tc>
          <w:tcPr>
            <w:tcW w:type="dxa" w:w="1020"/>
          </w:tcPr>
          <w:p>
            <w:pPr>
              <w:spacing w:after="20"/>
            </w:pPr>
            <w:r/>
            <w:r>
              <w:rPr>
                <w:sz w:val="17"/>
              </w:rPr>
            </w:r>
          </w:p>
        </w:tc>
        <w:tc>
          <w:tcPr>
            <w:tcW w:type="dxa" w:w="1020"/>
          </w:tcPr>
          <w:p>
            <w:pPr>
              <w:spacing w:after="20"/>
            </w:pPr>
            <w:r/>
            <w:r>
              <w:rPr>
                <w:sz w:val="17"/>
              </w:rPr>
            </w:r>
          </w:p>
        </w:tc>
        <w:tc>
          <w:tcPr>
            <w:tcW w:type="dxa" w:w="907"/>
          </w:tcPr>
          <w:p>
            <w:pPr>
              <w:spacing w:after="20"/>
            </w:pPr>
            <w:r/>
            <w:r>
              <w:rPr>
                <w:sz w:val="17"/>
              </w:rPr>
            </w:r>
          </w:p>
        </w:tc>
        <w:tc>
          <w:tcPr>
            <w:tcW w:type="dxa" w:w="2835"/>
          </w:tcPr>
          <w:p>
            <w:pPr>
              <w:spacing w:after="20"/>
            </w:pPr>
            <w:r/>
            <w:r>
              <w:rPr>
                <w:sz w:val="17"/>
              </w:rPr>
            </w:r>
          </w:p>
        </w:tc>
      </w:tr>
    </w:tbl>
    <w:p/>
    <w:tbl>
      <w:tblPr>
        <w:tblStyle w:val="TableGrid"/>
        <w:tblW w:type="auto" w:w="0"/>
        <w:jc w:val="center"/>
        <w:tblLook w:firstColumn="1" w:firstRow="1" w:lastColumn="0" w:lastRow="0" w:noHBand="0" w:noVBand="1" w:val="04A0"/>
      </w:tblPr>
      <w:tblGrid>
        <w:gridCol w:w="7739"/>
        <w:gridCol w:w="7739"/>
      </w:tblGrid>
      <w:tr>
        <w:trPr>
          <w:tblHeader w:val="true"/>
        </w:trPr>
        <w:tc>
          <w:tcPr>
            <w:tcW w:type="dxa" w:w="6236"/>
            <w:shd w:val="clear" w:color="auto" w:fill="E8EAF1"/>
          </w:tcPr>
          <w:p>
            <w:r/>
            <w:r>
              <w:rPr>
                <w:b/>
                <w:sz w:val="18"/>
              </w:rPr>
              <w:t>Field</w:t>
            </w:r>
          </w:p>
        </w:tc>
        <w:tc>
          <w:tcPr>
            <w:tcW w:type="dxa" w:w="9071"/>
            <w:shd w:val="clear" w:color="auto" w:fill="E8EAF1"/>
          </w:tcPr>
          <w:p>
            <w:r/>
            <w:r>
              <w:rPr>
                <w:b/>
                <w:sz w:val="18"/>
              </w:rPr>
              <w:t>Entry</w:t>
            </w:r>
          </w:p>
        </w:tc>
      </w:tr>
      <w:tr>
        <w:tc>
          <w:tcPr>
            <w:tcW w:type="dxa" w:w="6236"/>
          </w:tcPr>
          <w:p>
            <w:pPr>
              <w:spacing w:after="20"/>
            </w:pPr>
            <w:r/>
            <w:r>
              <w:rPr>
                <w:sz w:val="18"/>
              </w:rPr>
              <w:t>Total hours</w:t>
            </w:r>
          </w:p>
        </w:tc>
        <w:tc>
          <w:tcPr>
            <w:tcW w:type="dxa" w:w="9071"/>
          </w:tcPr>
          <w:p>
            <w:pPr>
              <w:spacing w:after="20"/>
            </w:pPr>
            <w:r/>
            <w:r>
              <w:rPr>
                <w:sz w:val="18"/>
              </w:rPr>
            </w:r>
          </w:p>
        </w:tc>
      </w:tr>
      <w:tr>
        <w:tc>
          <w:tcPr>
            <w:tcW w:type="dxa" w:w="6236"/>
          </w:tcPr>
          <w:p>
            <w:pPr>
              <w:spacing w:after="20"/>
            </w:pPr>
            <w:r/>
            <w:r>
              <w:rPr>
                <w:sz w:val="18"/>
              </w:rPr>
              <w:t>Total overtime</w:t>
            </w:r>
          </w:p>
        </w:tc>
        <w:tc>
          <w:tcPr>
            <w:tcW w:type="dxa" w:w="9071"/>
          </w:tcPr>
          <w:p>
            <w:pPr>
              <w:spacing w:after="20"/>
            </w:pPr>
            <w:r/>
            <w:r>
              <w:rPr>
                <w:sz w:val="18"/>
              </w:rPr>
            </w:r>
          </w:p>
        </w:tc>
      </w:tr>
      <w:tr>
        <w:tc>
          <w:tcPr>
            <w:tcW w:type="dxa" w:w="6236"/>
          </w:tcPr>
          <w:p>
            <w:pPr>
              <w:spacing w:after="20"/>
            </w:pPr>
            <w:r/>
            <w:r>
              <w:rPr>
                <w:sz w:val="18"/>
              </w:rPr>
              <w:t>Total travel</w:t>
            </w:r>
          </w:p>
        </w:tc>
        <w:tc>
          <w:tcPr>
            <w:tcW w:type="dxa" w:w="9071"/>
          </w:tcPr>
          <w:p>
            <w:pPr>
              <w:spacing w:after="20"/>
            </w:pPr>
            <w:r/>
            <w:r>
              <w:rPr>
                <w:sz w:val="18"/>
              </w:rPr>
            </w:r>
          </w:p>
        </w:tc>
      </w:tr>
      <w:tr>
        <w:tc>
          <w:tcPr>
            <w:tcW w:type="dxa" w:w="6236"/>
          </w:tcPr>
          <w:p>
            <w:pPr>
              <w:spacing w:after="20"/>
            </w:pPr>
            <w:r/>
            <w:r>
              <w:rPr>
                <w:sz w:val="18"/>
              </w:rPr>
              <w:t>Days of leave or sickness</w:t>
            </w:r>
          </w:p>
        </w:tc>
        <w:tc>
          <w:tcPr>
            <w:tcW w:type="dxa" w:w="9071"/>
          </w:tcPr>
          <w:p>
            <w:pPr>
              <w:spacing w:after="20"/>
            </w:pPr>
            <w:r/>
            <w:r>
              <w:rPr>
                <w:sz w:val="18"/>
              </w:rPr>
            </w:r>
          </w:p>
        </w:tc>
      </w:tr>
      <w:tr>
        <w:tc>
          <w:tcPr>
            <w:tcW w:type="dxa" w:w="6236"/>
          </w:tcPr>
          <w:p>
            <w:pPr>
              <w:spacing w:after="20"/>
            </w:pPr>
            <w:r/>
            <w:r>
              <w:rPr>
                <w:sz w:val="18"/>
              </w:rPr>
              <w:t>Signed by the worker: I confirm these are the hours I worked this week</w:t>
            </w:r>
          </w:p>
        </w:tc>
        <w:tc>
          <w:tcPr>
            <w:tcW w:type="dxa" w:w="9071"/>
          </w:tcPr>
          <w:p>
            <w:pPr>
              <w:spacing w:after="20"/>
            </w:pPr>
            <w:r/>
            <w:r>
              <w:rPr>
                <w:sz w:val="18"/>
              </w:rPr>
            </w:r>
          </w:p>
        </w:tc>
      </w:tr>
      <w:tr>
        <w:tc>
          <w:tcPr>
            <w:tcW w:type="dxa" w:w="6236"/>
          </w:tcPr>
          <w:p>
            <w:pPr>
              <w:spacing w:after="20"/>
            </w:pPr>
            <w:r/>
            <w:r>
              <w:rPr>
                <w:sz w:val="18"/>
              </w:rPr>
              <w:t>Approved by, and date</w:t>
            </w:r>
          </w:p>
        </w:tc>
        <w:tc>
          <w:tcPr>
            <w:tcW w:type="dxa" w:w="9071"/>
          </w:tcPr>
          <w:p>
            <w:pPr>
              <w:spacing w:after="20"/>
            </w:pPr>
            <w:r/>
            <w:r>
              <w:rPr>
                <w:sz w:val="18"/>
              </w:rPr>
            </w:r>
          </w:p>
        </w:tc>
      </w:tr>
    </w:tbl>
    <w:p/>
    <w:p>
      <w:r>
        <w:br w:type="page"/>
      </w:r>
    </w:p>
    <w:p>
      <w:pPr>
        <w:spacing w:after="0"/>
      </w:pPr>
      <w:r>
        <w:rPr>
          <w:b/>
          <w:color w:val="14214D"/>
          <w:sz w:val="16"/>
        </w:rPr>
        <w:t>GANG SHEET</w:t>
      </w:r>
    </w:p>
    <w:p>
      <w:pPr>
        <w:pStyle w:val="Heading1"/>
      </w:pPr>
      <w:r>
        <w:t>A whole crew’s week on one page</w:t>
      </w:r>
    </w:p>
    <w:tbl>
      <w:tblPr>
        <w:tblStyle w:val="TableGrid"/>
        <w:tblW w:type="auto" w:w="0"/>
        <w:jc w:val="center"/>
        <w:tblLook w:firstColumn="1" w:firstRow="1" w:lastColumn="0" w:lastRow="0" w:noHBand="0" w:noVBand="1" w:val="04A0"/>
      </w:tblPr>
      <w:tblGrid>
        <w:gridCol w:w="7739"/>
        <w:gridCol w:w="7739"/>
      </w:tblGrid>
      <w:tr>
        <w:trPr>
          <w:tblHeader w:val="true"/>
        </w:trPr>
        <w:tc>
          <w:tcPr>
            <w:tcW w:type="dxa" w:w="3969"/>
            <w:shd w:val="clear" w:color="auto" w:fill="E8EAF1"/>
          </w:tcPr>
          <w:p>
            <w:r/>
            <w:r>
              <w:rPr>
                <w:b/>
                <w:sz w:val="18"/>
              </w:rPr>
              <w:t>Field</w:t>
            </w:r>
          </w:p>
        </w:tc>
        <w:tc>
          <w:tcPr>
            <w:tcW w:type="dxa" w:w="11339"/>
            <w:shd w:val="clear" w:color="auto" w:fill="E8EAF1"/>
          </w:tcPr>
          <w:p>
            <w:r/>
            <w:r>
              <w:rPr>
                <w:b/>
                <w:sz w:val="18"/>
              </w:rPr>
              <w:t>Entry</w:t>
            </w:r>
          </w:p>
        </w:tc>
      </w:tr>
      <w:tr>
        <w:tc>
          <w:tcPr>
            <w:tcW w:type="dxa" w:w="3969"/>
          </w:tcPr>
          <w:p>
            <w:pPr>
              <w:spacing w:after="20"/>
            </w:pPr>
            <w:r/>
            <w:r>
              <w:rPr>
                <w:sz w:val="18"/>
              </w:rPr>
              <w:t>Job or site</w:t>
            </w:r>
          </w:p>
        </w:tc>
        <w:tc>
          <w:tcPr>
            <w:tcW w:type="dxa" w:w="11339"/>
          </w:tcPr>
          <w:p>
            <w:pPr>
              <w:spacing w:after="20"/>
            </w:pPr>
            <w:r/>
            <w:r>
              <w:rPr>
                <w:sz w:val="18"/>
              </w:rPr>
            </w:r>
          </w:p>
        </w:tc>
      </w:tr>
      <w:tr>
        <w:tc>
          <w:tcPr>
            <w:tcW w:type="dxa" w:w="3969"/>
          </w:tcPr>
          <w:p>
            <w:pPr>
              <w:spacing w:after="20"/>
            </w:pPr>
            <w:r/>
            <w:r>
              <w:rPr>
                <w:sz w:val="18"/>
              </w:rPr>
              <w:t>Week commencing</w:t>
            </w:r>
          </w:p>
        </w:tc>
        <w:tc>
          <w:tcPr>
            <w:tcW w:type="dxa" w:w="11339"/>
          </w:tcPr>
          <w:p>
            <w:pPr>
              <w:spacing w:after="20"/>
            </w:pPr>
            <w:r/>
            <w:r>
              <w:rPr>
                <w:sz w:val="18"/>
              </w:rPr>
            </w:r>
          </w:p>
        </w:tc>
      </w:tr>
      <w:tr>
        <w:tc>
          <w:tcPr>
            <w:tcW w:type="dxa" w:w="3969"/>
          </w:tcPr>
          <w:p>
            <w:pPr>
              <w:spacing w:after="20"/>
            </w:pPr>
            <w:r/>
            <w:r>
              <w:rPr>
                <w:sz w:val="18"/>
              </w:rPr>
              <w:t>Supervisor</w:t>
            </w:r>
          </w:p>
        </w:tc>
        <w:tc>
          <w:tcPr>
            <w:tcW w:type="dxa" w:w="11339"/>
          </w:tcPr>
          <w:p>
            <w:pPr>
              <w:spacing w:after="20"/>
            </w:pPr>
            <w:r/>
            <w:r>
              <w:rPr>
                <w:sz w:val="18"/>
              </w:rPr>
            </w:r>
          </w:p>
        </w:tc>
      </w:tr>
      <w:tr>
        <w:tc>
          <w:tcPr>
            <w:tcW w:type="dxa" w:w="3969"/>
          </w:tcPr>
          <w:p>
            <w:pPr>
              <w:spacing w:after="20"/>
            </w:pPr>
            <w:r/>
            <w:r>
              <w:rPr>
                <w:sz w:val="18"/>
              </w:rPr>
              <w:t>Client or main contractor</w:t>
            </w:r>
          </w:p>
        </w:tc>
        <w:tc>
          <w:tcPr>
            <w:tcW w:type="dxa" w:w="11339"/>
          </w:tcPr>
          <w:p>
            <w:pPr>
              <w:spacing w:after="20"/>
            </w:pPr>
            <w:r/>
            <w:r>
              <w:rPr>
                <w:sz w:val="18"/>
              </w:rPr>
            </w:r>
          </w:p>
        </w:tc>
      </w:tr>
    </w:tbl>
    <w:p/>
    <w:tbl>
      <w:tblPr>
        <w:tblStyle w:val="TableGrid"/>
        <w:tblW w:type="auto" w:w="0"/>
        <w:jc w:val="center"/>
        <w:tblLook w:firstColumn="1" w:firstRow="1" w:lastColumn="0" w:lastRow="0" w:noHBand="0" w:noVBand="1" w:val="04A0"/>
      </w:tblPr>
      <w:tblGrid>
        <w:gridCol w:w="1290"/>
        <w:gridCol w:w="1290"/>
        <w:gridCol w:w="1290"/>
        <w:gridCol w:w="1290"/>
        <w:gridCol w:w="1290"/>
        <w:gridCol w:w="1290"/>
        <w:gridCol w:w="1290"/>
        <w:gridCol w:w="1290"/>
        <w:gridCol w:w="1290"/>
        <w:gridCol w:w="1290"/>
        <w:gridCol w:w="1290"/>
        <w:gridCol w:w="1290"/>
      </w:tblGrid>
      <w:tr>
        <w:trPr>
          <w:tblHeader w:val="true"/>
        </w:trPr>
        <w:tc>
          <w:tcPr>
            <w:tcW w:type="dxa" w:w="2608"/>
            <w:shd w:val="clear" w:color="auto" w:fill="E8EAF1"/>
          </w:tcPr>
          <w:p>
            <w:r/>
            <w:r>
              <w:rPr>
                <w:b/>
                <w:sz w:val="16"/>
              </w:rPr>
              <w:t>Name</w:t>
            </w:r>
          </w:p>
        </w:tc>
        <w:tc>
          <w:tcPr>
            <w:tcW w:type="dxa" w:w="1701"/>
            <w:shd w:val="clear" w:color="auto" w:fill="E8EAF1"/>
          </w:tcPr>
          <w:p>
            <w:r/>
            <w:r>
              <w:rPr>
                <w:b/>
                <w:sz w:val="16"/>
              </w:rPr>
              <w:t>Trade</w:t>
            </w:r>
          </w:p>
        </w:tc>
        <w:tc>
          <w:tcPr>
            <w:tcW w:type="dxa" w:w="850"/>
            <w:shd w:val="clear" w:color="auto" w:fill="E8EAF1"/>
          </w:tcPr>
          <w:p>
            <w:r/>
            <w:r>
              <w:rPr>
                <w:b/>
                <w:sz w:val="16"/>
              </w:rPr>
              <w:t>Mon</w:t>
            </w:r>
          </w:p>
        </w:tc>
        <w:tc>
          <w:tcPr>
            <w:tcW w:type="dxa" w:w="850"/>
            <w:shd w:val="clear" w:color="auto" w:fill="E8EAF1"/>
          </w:tcPr>
          <w:p>
            <w:r/>
            <w:r>
              <w:rPr>
                <w:b/>
                <w:sz w:val="16"/>
              </w:rPr>
              <w:t>Tue</w:t>
            </w:r>
          </w:p>
        </w:tc>
        <w:tc>
          <w:tcPr>
            <w:tcW w:type="dxa" w:w="850"/>
            <w:shd w:val="clear" w:color="auto" w:fill="E8EAF1"/>
          </w:tcPr>
          <w:p>
            <w:r/>
            <w:r>
              <w:rPr>
                <w:b/>
                <w:sz w:val="16"/>
              </w:rPr>
              <w:t>Wed</w:t>
            </w:r>
          </w:p>
        </w:tc>
        <w:tc>
          <w:tcPr>
            <w:tcW w:type="dxa" w:w="850"/>
            <w:shd w:val="clear" w:color="auto" w:fill="E8EAF1"/>
          </w:tcPr>
          <w:p>
            <w:r/>
            <w:r>
              <w:rPr>
                <w:b/>
                <w:sz w:val="16"/>
              </w:rPr>
              <w:t>Thu</w:t>
            </w:r>
          </w:p>
        </w:tc>
        <w:tc>
          <w:tcPr>
            <w:tcW w:type="dxa" w:w="850"/>
            <w:shd w:val="clear" w:color="auto" w:fill="E8EAF1"/>
          </w:tcPr>
          <w:p>
            <w:r/>
            <w:r>
              <w:rPr>
                <w:b/>
                <w:sz w:val="16"/>
              </w:rPr>
              <w:t>Fri</w:t>
            </w:r>
          </w:p>
        </w:tc>
        <w:tc>
          <w:tcPr>
            <w:tcW w:type="dxa" w:w="850"/>
            <w:shd w:val="clear" w:color="auto" w:fill="E8EAF1"/>
          </w:tcPr>
          <w:p>
            <w:r/>
            <w:r>
              <w:rPr>
                <w:b/>
                <w:sz w:val="16"/>
              </w:rPr>
              <w:t>Sat</w:t>
            </w:r>
          </w:p>
        </w:tc>
        <w:tc>
          <w:tcPr>
            <w:tcW w:type="dxa" w:w="850"/>
            <w:shd w:val="clear" w:color="auto" w:fill="E8EAF1"/>
          </w:tcPr>
          <w:p>
            <w:r/>
            <w:r>
              <w:rPr>
                <w:b/>
                <w:sz w:val="16"/>
              </w:rPr>
              <w:t>Sun</w:t>
            </w:r>
          </w:p>
        </w:tc>
        <w:tc>
          <w:tcPr>
            <w:tcW w:type="dxa" w:w="1020"/>
            <w:shd w:val="clear" w:color="auto" w:fill="E8EAF1"/>
          </w:tcPr>
          <w:p>
            <w:r/>
            <w:r>
              <w:rPr>
                <w:b/>
                <w:sz w:val="16"/>
              </w:rPr>
              <w:t>Total</w:t>
            </w:r>
          </w:p>
        </w:tc>
        <w:tc>
          <w:tcPr>
            <w:tcW w:type="dxa" w:w="1020"/>
            <w:shd w:val="clear" w:color="auto" w:fill="E8EAF1"/>
          </w:tcPr>
          <w:p>
            <w:r/>
            <w:r>
              <w:rPr>
                <w:b/>
                <w:sz w:val="16"/>
              </w:rPr>
              <w:t>Overtime</w:t>
            </w:r>
          </w:p>
        </w:tc>
        <w:tc>
          <w:tcPr>
            <w:tcW w:type="dxa" w:w="1134"/>
            <w:shd w:val="clear" w:color="auto" w:fill="E8EAF1"/>
          </w:tcPr>
          <w:p>
            <w:r/>
            <w:r>
              <w:rPr>
                <w:b/>
                <w:sz w:val="16"/>
              </w:rPr>
              <w:t>Initials</w:t>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r>
        <w:tc>
          <w:tcPr>
            <w:tcW w:type="dxa" w:w="2608"/>
          </w:tcPr>
          <w:p>
            <w:pPr>
              <w:spacing w:after="20"/>
            </w:pPr>
            <w:r/>
            <w:r>
              <w:rPr>
                <w:sz w:val="16"/>
              </w:rPr>
            </w:r>
          </w:p>
        </w:tc>
        <w:tc>
          <w:tcPr>
            <w:tcW w:type="dxa" w:w="1701"/>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850"/>
          </w:tcPr>
          <w:p>
            <w:pPr>
              <w:spacing w:after="20"/>
            </w:pPr>
            <w:r/>
            <w:r>
              <w:rPr>
                <w:sz w:val="16"/>
              </w:rPr>
            </w:r>
          </w:p>
        </w:tc>
        <w:tc>
          <w:tcPr>
            <w:tcW w:type="dxa" w:w="1020"/>
          </w:tcPr>
          <w:p>
            <w:pPr>
              <w:spacing w:after="20"/>
            </w:pPr>
            <w:r/>
            <w:r>
              <w:rPr>
                <w:sz w:val="16"/>
              </w:rPr>
            </w:r>
          </w:p>
        </w:tc>
        <w:tc>
          <w:tcPr>
            <w:tcW w:type="dxa" w:w="1020"/>
          </w:tcPr>
          <w:p>
            <w:pPr>
              <w:spacing w:after="20"/>
            </w:pPr>
            <w:r/>
            <w:r>
              <w:rPr>
                <w:sz w:val="16"/>
              </w:rPr>
            </w:r>
          </w:p>
        </w:tc>
        <w:tc>
          <w:tcPr>
            <w:tcW w:type="dxa" w:w="1134"/>
          </w:tcPr>
          <w:p>
            <w:pPr>
              <w:spacing w:after="20"/>
            </w:pPr>
            <w:r/>
            <w:r>
              <w:rPr>
                <w:sz w:val="16"/>
              </w:rPr>
            </w:r>
          </w:p>
        </w:tc>
      </w:tr>
    </w:tbl>
    <w:p/>
    <w:p>
      <w:r>
        <w:rPr>
          <w:i w:val="0"/>
          <w:color w:val="6B6B6B"/>
          <w:sz w:val="17"/>
        </w:rPr>
        <w:t>Records must be adequate to show the working time limits are kept, and are kept for two years: Working Time Regulations 1998 regulation 9. Pay records must show at least the national minimum wage was paid, and are kept for six years: National Minimum Wage Regulations 2015 regulation 59.</w:t>
      </w:r>
    </w:p>
    <w:p>
      <w:r>
        <w:rPr>
          <w:i/>
          <w:color w:val="6B6B6B"/>
          <w:sz w:val="16"/>
        </w:rPr>
        <w:t>Not legal advice. Check it against GOV.UK and your own contracts of employment.</w:t>
      </w:r>
    </w:p>
    <w:sectPr w:rsidR="00FC693F" w:rsidRPr="0006063C" w:rsidSect="00034616">
      <w:headerReference w:type="default" r:id="rId9"/>
      <w:footerReference w:type="default" r:id="rId10"/>
      <w:pgSz w:w="16838" w:h="11906" w:orient="landscape"/>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unibuild.co.uk/downloads/weekly-timesheet-template/. Not legal advice: tailor it to the job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Weekly timesheet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169</Words>
  <Characters>837</Characters>
  <Application>Microsoft Macintosh Word</Application>
  <DocSecurity>0</DocSecurity>
  <Paragraphs>57</Paragraphs>
  <ScaleCrop>false</ScaleCrop>
  <HeadingPairs>
    <vt:vector size="2" baseType="variant">
      <vt:variant>
        <vt:lpstr>Title</vt:lpstr>
      </vt:variant>
      <vt:variant>
        <vt:i4>1</vt:i4>
      </vt:variant>
    </vt:vector>
  </HeadingPairs>
  <TitlesOfParts>
    <vt:vector size="1" baseType="lpstr">
      <vt:lpstr>Weekly timesheet template</vt:lpstr>
    </vt:vector>
  </TitlesOfParts>
  <Manager/>
  <Company>Unibuild Technologies Limited</Company>
  <LinksUpToDate>false</LinksUpToDate>
  <CharactersWithSpaces>949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timesheet template (employee and gang timesheet), free editable Word document | Unibuild</dc:title>
  <dc:subject>One person’s week with the job, start, finish, breaks, hours, overtime and travel each day, signed by the worker and approved for payroll, plus a gang sheet for a whole crew on one page.</dc:subject>
  <dc:creator>Unibuild</dc:creator>
  <cp:keywords>weekly timesheet template, Weekly timesheet template Word, Word template, timesheet template, weekly timesheet, employee timesheet, construction timesheet, gang sheet, timesheet Word, overtime record, working time records, minimum wage records, UK, docx</cp:keywords>
  <dc:description>A free editable weekly timesheet for UK trades and construction firms: one person’s week with the job, start, finish, breaks, hours, overtime and travel for each day, signed by the worker and approved by the supervisor, plus a gang sheet for a whole crew on one page. Built on the record-keeping rules in the Working Time Regulations 1998 and the National Minimum Wage Regulations 2015. Free to download, use and reuse, from Unibuild (unibuild.co.uk). This is the Word version, to edit in Microsoft Word or any program that opens .docx files. Page: https://unibuild.co.uk/downloads/weekly-timesheet-template/</dc:description>
  <cp:lastModifiedBy>Unibuild</cp:lastModifiedBy>
  <cp:revision>1</cp:revision>
  <dcterms:created xsi:type="dcterms:W3CDTF">2026-10-28T00:00:00Z</dcterms:created>
  <dcterms:modified xsi:type="dcterms:W3CDTF">2026-10-28T07:10:31Z</dcterms:modified>
  <cp:category>Timesheet</cp:category>
  <dc:language>en-GB</dc:language>
  <dc:identifier>https://unibuild.co.uk/assets/downloads/weekly-timesheet-template.docx</dc:identifier>
</cp:coreProperties>
</file>