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pPr>
        <w:spacing w:after="0"/>
      </w:pPr>
      <w:r>
        <w:rPr>
          <w:b/>
          <w:color w:val="14214D"/>
          <w:sz w:val="16"/>
        </w:rPr>
        <w:t>TALKS GIVEN ON THIS SITE</w:t>
      </w:r>
    </w:p>
    <w:p>
      <w:pPr>
        <w:pStyle w:val="Heading1"/>
      </w:pPr>
      <w:r>
        <w:t>Toolbox talk register</w:t>
      </w:r>
    </w:p>
    <w:tbl>
      <w:tblPr>
        <w:tblStyle w:val="TableGrid"/>
        <w:tblW w:type="auto" w:w="0"/>
        <w:jc w:val="center"/>
        <w:tblLook w:firstColumn="1" w:firstRow="1" w:lastColumn="0" w:lastRow="0" w:noHBand="0" w:noVBand="1" w:val="04A0"/>
      </w:tblPr>
      <w:tblGrid>
        <w:gridCol w:w="2466"/>
        <w:gridCol w:w="2466"/>
        <w:gridCol w:w="2466"/>
        <w:gridCol w:w="2466"/>
        <w:gridCol w:w="2466"/>
        <w:gridCol w:w="2466"/>
      </w:tblGrid>
      <w:tr>
        <w:trPr>
          <w:tblHeader w:val="true"/>
        </w:trPr>
        <w:tc>
          <w:tcPr>
            <w:tcW w:type="dxa" w:w="2835"/>
            <w:shd w:val="clear" w:color="auto" w:fill="E8EAF1"/>
          </w:tcPr>
          <w:p>
            <w:r/>
            <w:r>
              <w:rPr>
                <w:b/>
                <w:sz w:val="18"/>
              </w:rPr>
              <w:t>Site</w:t>
            </w:r>
          </w:p>
        </w:tc>
        <w:tc>
          <w:tcPr>
            <w:tcW w:type="dxa" w:w="2268"/>
            <w:shd w:val="clear" w:color="auto" w:fill="E8EAF1"/>
          </w:tcPr>
          <w:p>
            <w:r/>
            <w:r>
              <w:rPr>
                <w:b/>
                <w:sz w:val="18"/>
              </w:rPr>
              <w:t>Kept by</w:t>
            </w:r>
          </w:p>
        </w:tc>
        <w:tc>
          <w:tcPr>
            <w:tcW w:type="dxa" w:w="2268"/>
            <w:shd w:val="clear" w:color="auto" w:fill="E8EAF1"/>
          </w:tcPr>
          <w:p>
            <w:r/>
            <w:r>
              <w:rPr>
                <w:b/>
                <w:sz w:val="18"/>
              </w:rPr>
              <w:t>Register reference</w:t>
            </w:r>
          </w:p>
        </w:tc>
        <w:tc>
          <w:tcPr>
            <w:tcW w:type="dxa" w:w="2835"/>
            <w:shd w:val="clear" w:color="auto" w:fill="E8EAF1"/>
          </w:tcPr>
          <w:p>
            <w:r/>
            <w:r>
              <w:rPr>
                <w:b/>
                <w:sz w:val="18"/>
              </w:rPr>
              <w:t>Sheets kept at</w:t>
            </w:r>
          </w:p>
        </w:tc>
        <w:tc>
          <w:tcPr>
            <w:tcW w:type="dxa" w:w="1984"/>
            <w:shd w:val="clear" w:color="auto" w:fill="E8EAF1"/>
          </w:tcPr>
          <w:p>
            <w:r/>
            <w:r>
              <w:rPr>
                <w:b/>
                <w:sz w:val="18"/>
              </w:rPr>
              <w:t>Started</w:t>
            </w:r>
          </w:p>
        </w:tc>
        <w:tc>
          <w:tcPr>
            <w:tcW w:type="dxa" w:w="2608"/>
            <w:shd w:val="clear" w:color="auto" w:fill="E8EAF1"/>
          </w:tcPr>
          <w:p>
            <w:r/>
            <w:r>
              <w:rPr>
                <w:b/>
                <w:sz w:val="18"/>
              </w:rPr>
              <w:t>Checked by, and date</w:t>
            </w:r>
          </w:p>
        </w:tc>
      </w:tr>
      <w:tr>
        <w:tc>
          <w:tcPr>
            <w:tcW w:type="dxa" w:w="2835"/>
          </w:tcPr>
          <w:p>
            <w:pPr>
              <w:spacing w:after="20"/>
            </w:pPr>
            <w:r/>
            <w:r>
              <w:rPr>
                <w:sz w:val="18"/>
              </w:rPr>
            </w:r>
          </w:p>
        </w:tc>
        <w:tc>
          <w:tcPr>
            <w:tcW w:type="dxa" w:w="2268"/>
          </w:tcPr>
          <w:p>
            <w:pPr>
              <w:spacing w:after="20"/>
            </w:pPr>
            <w:r/>
            <w:r>
              <w:rPr>
                <w:sz w:val="18"/>
              </w:rPr>
            </w:r>
          </w:p>
        </w:tc>
        <w:tc>
          <w:tcPr>
            <w:tcW w:type="dxa" w:w="2268"/>
          </w:tcPr>
          <w:p>
            <w:pPr>
              <w:spacing w:after="20"/>
            </w:pPr>
            <w:r/>
            <w:r>
              <w:rPr>
                <w:sz w:val="18"/>
              </w:rPr>
            </w:r>
          </w:p>
        </w:tc>
        <w:tc>
          <w:tcPr>
            <w:tcW w:type="dxa" w:w="2835"/>
          </w:tcPr>
          <w:p>
            <w:pPr>
              <w:spacing w:after="20"/>
            </w:pPr>
            <w:r/>
            <w:r>
              <w:rPr>
                <w:sz w:val="18"/>
              </w:rPr>
            </w:r>
          </w:p>
        </w:tc>
        <w:tc>
          <w:tcPr>
            <w:tcW w:type="dxa" w:w="1984"/>
          </w:tcPr>
          <w:p>
            <w:pPr>
              <w:spacing w:after="20"/>
            </w:pPr>
            <w:r/>
            <w:r>
              <w:rPr>
                <w:sz w:val="18"/>
              </w:rPr>
            </w:r>
          </w:p>
        </w:tc>
        <w:tc>
          <w:tcPr>
            <w:tcW w:type="dxa" w:w="2608"/>
          </w:tcPr>
          <w:p>
            <w:pPr>
              <w:spacing w:after="20"/>
            </w:pPr>
            <w:r/>
            <w:r>
              <w:rPr>
                <w:sz w:val="18"/>
              </w:rPr>
            </w:r>
          </w:p>
        </w:tc>
      </w:tr>
    </w:tbl>
    <w:p/>
    <w:p>
      <w:r>
        <w:rPr>
          <w:i w:val="0"/>
          <w:color w:val="6B6B6B"/>
          <w:sz w:val="18"/>
        </w:rPr>
        <w:t>One row per talk. The signed attendance sheet is the evidence; the register is the index that shows nothing was missed. No regulation names a toolbox talk register: it is good practice under MHSWR 1999 regulation 10 and CDM 2015 regulation 15(3).</w:t>
      </w:r>
    </w:p>
    <w:tbl>
      <w:tblPr>
        <w:tblStyle w:val="TableGrid"/>
        <w:tblW w:type="auto" w:w="0"/>
        <w:jc w:val="center"/>
        <w:tblLook w:firstColumn="1" w:firstRow="1" w:lastColumn="0" w:lastRow="0" w:noHBand="0" w:noVBand="1" w:val="04A0"/>
      </w:tblPr>
      <w:tblGrid>
        <w:gridCol w:w="1850"/>
        <w:gridCol w:w="1850"/>
        <w:gridCol w:w="1850"/>
        <w:gridCol w:w="1850"/>
        <w:gridCol w:w="1850"/>
        <w:gridCol w:w="1850"/>
        <w:gridCol w:w="1850"/>
        <w:gridCol w:w="1850"/>
      </w:tblGrid>
      <w:tr>
        <w:trPr>
          <w:tblHeader w:val="true"/>
        </w:trPr>
        <w:tc>
          <w:tcPr>
            <w:tcW w:type="dxa" w:w="1247"/>
            <w:shd w:val="clear" w:color="auto" w:fill="E8EAF1"/>
          </w:tcPr>
          <w:p>
            <w:r/>
            <w:r>
              <w:rPr>
                <w:b/>
                <w:sz w:val="17"/>
              </w:rPr>
              <w:t>Date</w:t>
            </w:r>
          </w:p>
        </w:tc>
        <w:tc>
          <w:tcPr>
            <w:tcW w:type="dxa" w:w="2608"/>
            <w:shd w:val="clear" w:color="auto" w:fill="E8EAF1"/>
          </w:tcPr>
          <w:p>
            <w:r/>
            <w:r>
              <w:rPr>
                <w:b/>
                <w:sz w:val="17"/>
              </w:rPr>
              <w:t>Topic</w:t>
            </w:r>
          </w:p>
        </w:tc>
        <w:tc>
          <w:tcPr>
            <w:tcW w:type="dxa" w:w="1814"/>
            <w:shd w:val="clear" w:color="auto" w:fill="E8EAF1"/>
          </w:tcPr>
          <w:p>
            <w:r/>
            <w:r>
              <w:rPr>
                <w:b/>
                <w:sz w:val="17"/>
              </w:rPr>
              <w:t>Given by</w:t>
            </w:r>
          </w:p>
        </w:tc>
        <w:tc>
          <w:tcPr>
            <w:tcW w:type="dxa" w:w="1020"/>
            <w:shd w:val="clear" w:color="auto" w:fill="E8EAF1"/>
          </w:tcPr>
          <w:p>
            <w:r/>
            <w:r>
              <w:rPr>
                <w:b/>
                <w:sz w:val="17"/>
              </w:rPr>
              <w:t>Attended</w:t>
            </w:r>
          </w:p>
        </w:tc>
        <w:tc>
          <w:tcPr>
            <w:tcW w:type="dxa" w:w="1247"/>
            <w:shd w:val="clear" w:color="auto" w:fill="E8EAF1"/>
          </w:tcPr>
          <w:p>
            <w:r/>
            <w:r>
              <w:rPr>
                <w:b/>
                <w:sz w:val="17"/>
              </w:rPr>
              <w:t>Sheet ref</w:t>
            </w:r>
          </w:p>
        </w:tc>
        <w:tc>
          <w:tcPr>
            <w:tcW w:type="dxa" w:w="2835"/>
            <w:shd w:val="clear" w:color="auto" w:fill="E8EAF1"/>
          </w:tcPr>
          <w:p>
            <w:r/>
            <w:r>
              <w:rPr>
                <w:b/>
                <w:sz w:val="17"/>
              </w:rPr>
              <w:t>Questions raised</w:t>
            </w:r>
          </w:p>
        </w:tc>
        <w:tc>
          <w:tcPr>
            <w:tcW w:type="dxa" w:w="2608"/>
            <w:shd w:val="clear" w:color="auto" w:fill="E8EAF1"/>
          </w:tcPr>
          <w:p>
            <w:r/>
            <w:r>
              <w:rPr>
                <w:b/>
                <w:sz w:val="17"/>
              </w:rPr>
              <w:t>Actions, and who</w:t>
            </w:r>
          </w:p>
        </w:tc>
        <w:tc>
          <w:tcPr>
            <w:tcW w:type="dxa" w:w="1417"/>
            <w:shd w:val="clear" w:color="auto" w:fill="E8EAF1"/>
          </w:tcPr>
          <w:p>
            <w:r/>
            <w:r>
              <w:rPr>
                <w:b/>
                <w:sz w:val="17"/>
              </w:rPr>
              <w:t>Closed: date</w:t>
            </w:r>
          </w:p>
        </w:tc>
      </w:tr>
      <w:tr>
        <w:tc>
          <w:tcPr>
            <w:tcW w:type="dxa" w:w="1247"/>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1020"/>
          </w:tcPr>
          <w:p>
            <w:pPr>
              <w:spacing w:after="20"/>
            </w:pPr>
            <w:r/>
            <w:r>
              <w:rPr>
                <w:sz w:val="17"/>
              </w:rPr>
            </w:r>
          </w:p>
        </w:tc>
        <w:tc>
          <w:tcPr>
            <w:tcW w:type="dxa" w:w="1247"/>
          </w:tcPr>
          <w:p>
            <w:pPr>
              <w:spacing w:after="20"/>
            </w:pPr>
            <w:r/>
            <w:r>
              <w:rPr>
                <w:sz w:val="17"/>
              </w:rPr>
            </w:r>
          </w:p>
        </w:tc>
        <w:tc>
          <w:tcPr>
            <w:tcW w:type="dxa" w:w="2835"/>
          </w:tcPr>
          <w:p>
            <w:pPr>
              <w:spacing w:after="20"/>
            </w:pPr>
            <w:r/>
            <w:r>
              <w:rPr>
                <w:sz w:val="17"/>
              </w:rPr>
            </w:r>
          </w:p>
        </w:tc>
        <w:tc>
          <w:tcPr>
            <w:tcW w:type="dxa" w:w="2608"/>
          </w:tcPr>
          <w:p>
            <w:pPr>
              <w:spacing w:after="20"/>
            </w:pPr>
            <w:r/>
            <w:r>
              <w:rPr>
                <w:sz w:val="17"/>
              </w:rPr>
            </w:r>
          </w:p>
        </w:tc>
        <w:tc>
          <w:tcPr>
            <w:tcW w:type="dxa" w:w="1417"/>
          </w:tcPr>
          <w:p>
            <w:pPr>
              <w:spacing w:after="20"/>
            </w:pPr>
            <w:r/>
            <w:r>
              <w:rPr>
                <w:sz w:val="17"/>
              </w:rPr>
            </w:r>
          </w:p>
        </w:tc>
      </w:tr>
      <w:tr>
        <w:tc>
          <w:tcPr>
            <w:tcW w:type="dxa" w:w="1247"/>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1020"/>
          </w:tcPr>
          <w:p>
            <w:pPr>
              <w:spacing w:after="20"/>
            </w:pPr>
            <w:r/>
            <w:r>
              <w:rPr>
                <w:sz w:val="17"/>
              </w:rPr>
            </w:r>
          </w:p>
        </w:tc>
        <w:tc>
          <w:tcPr>
            <w:tcW w:type="dxa" w:w="1247"/>
          </w:tcPr>
          <w:p>
            <w:pPr>
              <w:spacing w:after="20"/>
            </w:pPr>
            <w:r/>
            <w:r>
              <w:rPr>
                <w:sz w:val="17"/>
              </w:rPr>
            </w:r>
          </w:p>
        </w:tc>
        <w:tc>
          <w:tcPr>
            <w:tcW w:type="dxa" w:w="2835"/>
          </w:tcPr>
          <w:p>
            <w:pPr>
              <w:spacing w:after="20"/>
            </w:pPr>
            <w:r/>
            <w:r>
              <w:rPr>
                <w:sz w:val="17"/>
              </w:rPr>
            </w:r>
          </w:p>
        </w:tc>
        <w:tc>
          <w:tcPr>
            <w:tcW w:type="dxa" w:w="2608"/>
          </w:tcPr>
          <w:p>
            <w:pPr>
              <w:spacing w:after="20"/>
            </w:pPr>
            <w:r/>
            <w:r>
              <w:rPr>
                <w:sz w:val="17"/>
              </w:rPr>
            </w:r>
          </w:p>
        </w:tc>
        <w:tc>
          <w:tcPr>
            <w:tcW w:type="dxa" w:w="1417"/>
          </w:tcPr>
          <w:p>
            <w:pPr>
              <w:spacing w:after="20"/>
            </w:pPr>
            <w:r/>
            <w:r>
              <w:rPr>
                <w:sz w:val="17"/>
              </w:rPr>
            </w:r>
          </w:p>
        </w:tc>
      </w:tr>
      <w:tr>
        <w:tc>
          <w:tcPr>
            <w:tcW w:type="dxa" w:w="1247"/>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1020"/>
          </w:tcPr>
          <w:p>
            <w:pPr>
              <w:spacing w:after="20"/>
            </w:pPr>
            <w:r/>
            <w:r>
              <w:rPr>
                <w:sz w:val="17"/>
              </w:rPr>
            </w:r>
          </w:p>
        </w:tc>
        <w:tc>
          <w:tcPr>
            <w:tcW w:type="dxa" w:w="1247"/>
          </w:tcPr>
          <w:p>
            <w:pPr>
              <w:spacing w:after="20"/>
            </w:pPr>
            <w:r/>
            <w:r>
              <w:rPr>
                <w:sz w:val="17"/>
              </w:rPr>
            </w:r>
          </w:p>
        </w:tc>
        <w:tc>
          <w:tcPr>
            <w:tcW w:type="dxa" w:w="2835"/>
          </w:tcPr>
          <w:p>
            <w:pPr>
              <w:spacing w:after="20"/>
            </w:pPr>
            <w:r/>
            <w:r>
              <w:rPr>
                <w:sz w:val="17"/>
              </w:rPr>
            </w:r>
          </w:p>
        </w:tc>
        <w:tc>
          <w:tcPr>
            <w:tcW w:type="dxa" w:w="2608"/>
          </w:tcPr>
          <w:p>
            <w:pPr>
              <w:spacing w:after="20"/>
            </w:pPr>
            <w:r/>
            <w:r>
              <w:rPr>
                <w:sz w:val="17"/>
              </w:rPr>
            </w:r>
          </w:p>
        </w:tc>
        <w:tc>
          <w:tcPr>
            <w:tcW w:type="dxa" w:w="1417"/>
          </w:tcPr>
          <w:p>
            <w:pPr>
              <w:spacing w:after="20"/>
            </w:pPr>
            <w:r/>
            <w:r>
              <w:rPr>
                <w:sz w:val="17"/>
              </w:rPr>
            </w:r>
          </w:p>
        </w:tc>
      </w:tr>
      <w:tr>
        <w:tc>
          <w:tcPr>
            <w:tcW w:type="dxa" w:w="1247"/>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1020"/>
          </w:tcPr>
          <w:p>
            <w:pPr>
              <w:spacing w:after="20"/>
            </w:pPr>
            <w:r/>
            <w:r>
              <w:rPr>
                <w:sz w:val="17"/>
              </w:rPr>
            </w:r>
          </w:p>
        </w:tc>
        <w:tc>
          <w:tcPr>
            <w:tcW w:type="dxa" w:w="1247"/>
          </w:tcPr>
          <w:p>
            <w:pPr>
              <w:spacing w:after="20"/>
            </w:pPr>
            <w:r/>
            <w:r>
              <w:rPr>
                <w:sz w:val="17"/>
              </w:rPr>
            </w:r>
          </w:p>
        </w:tc>
        <w:tc>
          <w:tcPr>
            <w:tcW w:type="dxa" w:w="2835"/>
          </w:tcPr>
          <w:p>
            <w:pPr>
              <w:spacing w:after="20"/>
            </w:pPr>
            <w:r/>
            <w:r>
              <w:rPr>
                <w:sz w:val="17"/>
              </w:rPr>
            </w:r>
          </w:p>
        </w:tc>
        <w:tc>
          <w:tcPr>
            <w:tcW w:type="dxa" w:w="2608"/>
          </w:tcPr>
          <w:p>
            <w:pPr>
              <w:spacing w:after="20"/>
            </w:pPr>
            <w:r/>
            <w:r>
              <w:rPr>
                <w:sz w:val="17"/>
              </w:rPr>
            </w:r>
          </w:p>
        </w:tc>
        <w:tc>
          <w:tcPr>
            <w:tcW w:type="dxa" w:w="1417"/>
          </w:tcPr>
          <w:p>
            <w:pPr>
              <w:spacing w:after="20"/>
            </w:pPr>
            <w:r/>
            <w:r>
              <w:rPr>
                <w:sz w:val="17"/>
              </w:rPr>
            </w:r>
          </w:p>
        </w:tc>
      </w:tr>
      <w:tr>
        <w:tc>
          <w:tcPr>
            <w:tcW w:type="dxa" w:w="1247"/>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1020"/>
          </w:tcPr>
          <w:p>
            <w:pPr>
              <w:spacing w:after="20"/>
            </w:pPr>
            <w:r/>
            <w:r>
              <w:rPr>
                <w:sz w:val="17"/>
              </w:rPr>
            </w:r>
          </w:p>
        </w:tc>
        <w:tc>
          <w:tcPr>
            <w:tcW w:type="dxa" w:w="1247"/>
          </w:tcPr>
          <w:p>
            <w:pPr>
              <w:spacing w:after="20"/>
            </w:pPr>
            <w:r/>
            <w:r>
              <w:rPr>
                <w:sz w:val="17"/>
              </w:rPr>
            </w:r>
          </w:p>
        </w:tc>
        <w:tc>
          <w:tcPr>
            <w:tcW w:type="dxa" w:w="2835"/>
          </w:tcPr>
          <w:p>
            <w:pPr>
              <w:spacing w:after="20"/>
            </w:pPr>
            <w:r/>
            <w:r>
              <w:rPr>
                <w:sz w:val="17"/>
              </w:rPr>
            </w:r>
          </w:p>
        </w:tc>
        <w:tc>
          <w:tcPr>
            <w:tcW w:type="dxa" w:w="2608"/>
          </w:tcPr>
          <w:p>
            <w:pPr>
              <w:spacing w:after="20"/>
            </w:pPr>
            <w:r/>
            <w:r>
              <w:rPr>
                <w:sz w:val="17"/>
              </w:rPr>
            </w:r>
          </w:p>
        </w:tc>
        <w:tc>
          <w:tcPr>
            <w:tcW w:type="dxa" w:w="1417"/>
          </w:tcPr>
          <w:p>
            <w:pPr>
              <w:spacing w:after="20"/>
            </w:pPr>
            <w:r/>
            <w:r>
              <w:rPr>
                <w:sz w:val="17"/>
              </w:rPr>
            </w:r>
          </w:p>
        </w:tc>
      </w:tr>
      <w:tr>
        <w:tc>
          <w:tcPr>
            <w:tcW w:type="dxa" w:w="1247"/>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1020"/>
          </w:tcPr>
          <w:p>
            <w:pPr>
              <w:spacing w:after="20"/>
            </w:pPr>
            <w:r/>
            <w:r>
              <w:rPr>
                <w:sz w:val="17"/>
              </w:rPr>
            </w:r>
          </w:p>
        </w:tc>
        <w:tc>
          <w:tcPr>
            <w:tcW w:type="dxa" w:w="1247"/>
          </w:tcPr>
          <w:p>
            <w:pPr>
              <w:spacing w:after="20"/>
            </w:pPr>
            <w:r/>
            <w:r>
              <w:rPr>
                <w:sz w:val="17"/>
              </w:rPr>
            </w:r>
          </w:p>
        </w:tc>
        <w:tc>
          <w:tcPr>
            <w:tcW w:type="dxa" w:w="2835"/>
          </w:tcPr>
          <w:p>
            <w:pPr>
              <w:spacing w:after="20"/>
            </w:pPr>
            <w:r/>
            <w:r>
              <w:rPr>
                <w:sz w:val="17"/>
              </w:rPr>
            </w:r>
          </w:p>
        </w:tc>
        <w:tc>
          <w:tcPr>
            <w:tcW w:type="dxa" w:w="2608"/>
          </w:tcPr>
          <w:p>
            <w:pPr>
              <w:spacing w:after="20"/>
            </w:pPr>
            <w:r/>
            <w:r>
              <w:rPr>
                <w:sz w:val="17"/>
              </w:rPr>
            </w:r>
          </w:p>
        </w:tc>
        <w:tc>
          <w:tcPr>
            <w:tcW w:type="dxa" w:w="1417"/>
          </w:tcPr>
          <w:p>
            <w:pPr>
              <w:spacing w:after="20"/>
            </w:pPr>
            <w:r/>
            <w:r>
              <w:rPr>
                <w:sz w:val="17"/>
              </w:rPr>
            </w:r>
          </w:p>
        </w:tc>
      </w:tr>
      <w:tr>
        <w:tc>
          <w:tcPr>
            <w:tcW w:type="dxa" w:w="1247"/>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1020"/>
          </w:tcPr>
          <w:p>
            <w:pPr>
              <w:spacing w:after="20"/>
            </w:pPr>
            <w:r/>
            <w:r>
              <w:rPr>
                <w:sz w:val="17"/>
              </w:rPr>
            </w:r>
          </w:p>
        </w:tc>
        <w:tc>
          <w:tcPr>
            <w:tcW w:type="dxa" w:w="1247"/>
          </w:tcPr>
          <w:p>
            <w:pPr>
              <w:spacing w:after="20"/>
            </w:pPr>
            <w:r/>
            <w:r>
              <w:rPr>
                <w:sz w:val="17"/>
              </w:rPr>
            </w:r>
          </w:p>
        </w:tc>
        <w:tc>
          <w:tcPr>
            <w:tcW w:type="dxa" w:w="2835"/>
          </w:tcPr>
          <w:p>
            <w:pPr>
              <w:spacing w:after="20"/>
            </w:pPr>
            <w:r/>
            <w:r>
              <w:rPr>
                <w:sz w:val="17"/>
              </w:rPr>
            </w:r>
          </w:p>
        </w:tc>
        <w:tc>
          <w:tcPr>
            <w:tcW w:type="dxa" w:w="2608"/>
          </w:tcPr>
          <w:p>
            <w:pPr>
              <w:spacing w:after="20"/>
            </w:pPr>
            <w:r/>
            <w:r>
              <w:rPr>
                <w:sz w:val="17"/>
              </w:rPr>
            </w:r>
          </w:p>
        </w:tc>
        <w:tc>
          <w:tcPr>
            <w:tcW w:type="dxa" w:w="1417"/>
          </w:tcPr>
          <w:p>
            <w:pPr>
              <w:spacing w:after="20"/>
            </w:pPr>
            <w:r/>
            <w:r>
              <w:rPr>
                <w:sz w:val="17"/>
              </w:rPr>
            </w:r>
          </w:p>
        </w:tc>
      </w:tr>
      <w:tr>
        <w:tc>
          <w:tcPr>
            <w:tcW w:type="dxa" w:w="1247"/>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1020"/>
          </w:tcPr>
          <w:p>
            <w:pPr>
              <w:spacing w:after="20"/>
            </w:pPr>
            <w:r/>
            <w:r>
              <w:rPr>
                <w:sz w:val="17"/>
              </w:rPr>
            </w:r>
          </w:p>
        </w:tc>
        <w:tc>
          <w:tcPr>
            <w:tcW w:type="dxa" w:w="1247"/>
          </w:tcPr>
          <w:p>
            <w:pPr>
              <w:spacing w:after="20"/>
            </w:pPr>
            <w:r/>
            <w:r>
              <w:rPr>
                <w:sz w:val="17"/>
              </w:rPr>
            </w:r>
          </w:p>
        </w:tc>
        <w:tc>
          <w:tcPr>
            <w:tcW w:type="dxa" w:w="2835"/>
          </w:tcPr>
          <w:p>
            <w:pPr>
              <w:spacing w:after="20"/>
            </w:pPr>
            <w:r/>
            <w:r>
              <w:rPr>
                <w:sz w:val="17"/>
              </w:rPr>
            </w:r>
          </w:p>
        </w:tc>
        <w:tc>
          <w:tcPr>
            <w:tcW w:type="dxa" w:w="2608"/>
          </w:tcPr>
          <w:p>
            <w:pPr>
              <w:spacing w:after="20"/>
            </w:pPr>
            <w:r/>
            <w:r>
              <w:rPr>
                <w:sz w:val="17"/>
              </w:rPr>
            </w:r>
          </w:p>
        </w:tc>
        <w:tc>
          <w:tcPr>
            <w:tcW w:type="dxa" w:w="1417"/>
          </w:tcPr>
          <w:p>
            <w:pPr>
              <w:spacing w:after="20"/>
            </w:pPr>
            <w:r/>
            <w:r>
              <w:rPr>
                <w:sz w:val="17"/>
              </w:rPr>
            </w:r>
          </w:p>
        </w:tc>
      </w:tr>
      <w:tr>
        <w:tc>
          <w:tcPr>
            <w:tcW w:type="dxa" w:w="1247"/>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1020"/>
          </w:tcPr>
          <w:p>
            <w:pPr>
              <w:spacing w:after="20"/>
            </w:pPr>
            <w:r/>
            <w:r>
              <w:rPr>
                <w:sz w:val="17"/>
              </w:rPr>
            </w:r>
          </w:p>
        </w:tc>
        <w:tc>
          <w:tcPr>
            <w:tcW w:type="dxa" w:w="1247"/>
          </w:tcPr>
          <w:p>
            <w:pPr>
              <w:spacing w:after="20"/>
            </w:pPr>
            <w:r/>
            <w:r>
              <w:rPr>
                <w:sz w:val="17"/>
              </w:rPr>
            </w:r>
          </w:p>
        </w:tc>
        <w:tc>
          <w:tcPr>
            <w:tcW w:type="dxa" w:w="2835"/>
          </w:tcPr>
          <w:p>
            <w:pPr>
              <w:spacing w:after="20"/>
            </w:pPr>
            <w:r/>
            <w:r>
              <w:rPr>
                <w:sz w:val="17"/>
              </w:rPr>
            </w:r>
          </w:p>
        </w:tc>
        <w:tc>
          <w:tcPr>
            <w:tcW w:type="dxa" w:w="2608"/>
          </w:tcPr>
          <w:p>
            <w:pPr>
              <w:spacing w:after="20"/>
            </w:pPr>
            <w:r/>
            <w:r>
              <w:rPr>
                <w:sz w:val="17"/>
              </w:rPr>
            </w:r>
          </w:p>
        </w:tc>
        <w:tc>
          <w:tcPr>
            <w:tcW w:type="dxa" w:w="1417"/>
          </w:tcPr>
          <w:p>
            <w:pPr>
              <w:spacing w:after="20"/>
            </w:pPr>
            <w:r/>
            <w:r>
              <w:rPr>
                <w:sz w:val="17"/>
              </w:rPr>
            </w:r>
          </w:p>
        </w:tc>
      </w:tr>
      <w:tr>
        <w:tc>
          <w:tcPr>
            <w:tcW w:type="dxa" w:w="1247"/>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1020"/>
          </w:tcPr>
          <w:p>
            <w:pPr>
              <w:spacing w:after="20"/>
            </w:pPr>
            <w:r/>
            <w:r>
              <w:rPr>
                <w:sz w:val="17"/>
              </w:rPr>
            </w:r>
          </w:p>
        </w:tc>
        <w:tc>
          <w:tcPr>
            <w:tcW w:type="dxa" w:w="1247"/>
          </w:tcPr>
          <w:p>
            <w:pPr>
              <w:spacing w:after="20"/>
            </w:pPr>
            <w:r/>
            <w:r>
              <w:rPr>
                <w:sz w:val="17"/>
              </w:rPr>
            </w:r>
          </w:p>
        </w:tc>
        <w:tc>
          <w:tcPr>
            <w:tcW w:type="dxa" w:w="2835"/>
          </w:tcPr>
          <w:p>
            <w:pPr>
              <w:spacing w:after="20"/>
            </w:pPr>
            <w:r/>
            <w:r>
              <w:rPr>
                <w:sz w:val="17"/>
              </w:rPr>
            </w:r>
          </w:p>
        </w:tc>
        <w:tc>
          <w:tcPr>
            <w:tcW w:type="dxa" w:w="2608"/>
          </w:tcPr>
          <w:p>
            <w:pPr>
              <w:spacing w:after="20"/>
            </w:pPr>
            <w:r/>
            <w:r>
              <w:rPr>
                <w:sz w:val="17"/>
              </w:rPr>
            </w:r>
          </w:p>
        </w:tc>
        <w:tc>
          <w:tcPr>
            <w:tcW w:type="dxa" w:w="1417"/>
          </w:tcPr>
          <w:p>
            <w:pPr>
              <w:spacing w:after="20"/>
            </w:pPr>
            <w:r/>
            <w:r>
              <w:rPr>
                <w:sz w:val="17"/>
              </w:rPr>
            </w:r>
          </w:p>
        </w:tc>
      </w:tr>
      <w:tr>
        <w:tc>
          <w:tcPr>
            <w:tcW w:type="dxa" w:w="1247"/>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1020"/>
          </w:tcPr>
          <w:p>
            <w:pPr>
              <w:spacing w:after="20"/>
            </w:pPr>
            <w:r/>
            <w:r>
              <w:rPr>
                <w:sz w:val="17"/>
              </w:rPr>
            </w:r>
          </w:p>
        </w:tc>
        <w:tc>
          <w:tcPr>
            <w:tcW w:type="dxa" w:w="1247"/>
          </w:tcPr>
          <w:p>
            <w:pPr>
              <w:spacing w:after="20"/>
            </w:pPr>
            <w:r/>
            <w:r>
              <w:rPr>
                <w:sz w:val="17"/>
              </w:rPr>
            </w:r>
          </w:p>
        </w:tc>
        <w:tc>
          <w:tcPr>
            <w:tcW w:type="dxa" w:w="2835"/>
          </w:tcPr>
          <w:p>
            <w:pPr>
              <w:spacing w:after="20"/>
            </w:pPr>
            <w:r/>
            <w:r>
              <w:rPr>
                <w:sz w:val="17"/>
              </w:rPr>
            </w:r>
          </w:p>
        </w:tc>
        <w:tc>
          <w:tcPr>
            <w:tcW w:type="dxa" w:w="2608"/>
          </w:tcPr>
          <w:p>
            <w:pPr>
              <w:spacing w:after="20"/>
            </w:pPr>
            <w:r/>
            <w:r>
              <w:rPr>
                <w:sz w:val="17"/>
              </w:rPr>
            </w:r>
          </w:p>
        </w:tc>
        <w:tc>
          <w:tcPr>
            <w:tcW w:type="dxa" w:w="1417"/>
          </w:tcPr>
          <w:p>
            <w:pPr>
              <w:spacing w:after="20"/>
            </w:pPr>
            <w:r/>
            <w:r>
              <w:rPr>
                <w:sz w:val="17"/>
              </w:rPr>
            </w:r>
          </w:p>
        </w:tc>
      </w:tr>
      <w:tr>
        <w:tc>
          <w:tcPr>
            <w:tcW w:type="dxa" w:w="1247"/>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1020"/>
          </w:tcPr>
          <w:p>
            <w:pPr>
              <w:spacing w:after="20"/>
            </w:pPr>
            <w:r/>
            <w:r>
              <w:rPr>
                <w:sz w:val="17"/>
              </w:rPr>
            </w:r>
          </w:p>
        </w:tc>
        <w:tc>
          <w:tcPr>
            <w:tcW w:type="dxa" w:w="1247"/>
          </w:tcPr>
          <w:p>
            <w:pPr>
              <w:spacing w:after="20"/>
            </w:pPr>
            <w:r/>
            <w:r>
              <w:rPr>
                <w:sz w:val="17"/>
              </w:rPr>
            </w:r>
          </w:p>
        </w:tc>
        <w:tc>
          <w:tcPr>
            <w:tcW w:type="dxa" w:w="2835"/>
          </w:tcPr>
          <w:p>
            <w:pPr>
              <w:spacing w:after="20"/>
            </w:pPr>
            <w:r/>
            <w:r>
              <w:rPr>
                <w:sz w:val="17"/>
              </w:rPr>
            </w:r>
          </w:p>
        </w:tc>
        <w:tc>
          <w:tcPr>
            <w:tcW w:type="dxa" w:w="2608"/>
          </w:tcPr>
          <w:p>
            <w:pPr>
              <w:spacing w:after="20"/>
            </w:pPr>
            <w:r/>
            <w:r>
              <w:rPr>
                <w:sz w:val="17"/>
              </w:rPr>
            </w:r>
          </w:p>
        </w:tc>
        <w:tc>
          <w:tcPr>
            <w:tcW w:type="dxa" w:w="1417"/>
          </w:tcPr>
          <w:p>
            <w:pPr>
              <w:spacing w:after="20"/>
            </w:pPr>
            <w:r/>
            <w:r>
              <w:rPr>
                <w:sz w:val="17"/>
              </w:rPr>
            </w:r>
          </w:p>
        </w:tc>
      </w:tr>
      <w:tr>
        <w:tc>
          <w:tcPr>
            <w:tcW w:type="dxa" w:w="1247"/>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1020"/>
          </w:tcPr>
          <w:p>
            <w:pPr>
              <w:spacing w:after="20"/>
            </w:pPr>
            <w:r/>
            <w:r>
              <w:rPr>
                <w:sz w:val="17"/>
              </w:rPr>
            </w:r>
          </w:p>
        </w:tc>
        <w:tc>
          <w:tcPr>
            <w:tcW w:type="dxa" w:w="1247"/>
          </w:tcPr>
          <w:p>
            <w:pPr>
              <w:spacing w:after="20"/>
            </w:pPr>
            <w:r/>
            <w:r>
              <w:rPr>
                <w:sz w:val="17"/>
              </w:rPr>
            </w:r>
          </w:p>
        </w:tc>
        <w:tc>
          <w:tcPr>
            <w:tcW w:type="dxa" w:w="2835"/>
          </w:tcPr>
          <w:p>
            <w:pPr>
              <w:spacing w:after="20"/>
            </w:pPr>
            <w:r/>
            <w:r>
              <w:rPr>
                <w:sz w:val="17"/>
              </w:rPr>
            </w:r>
          </w:p>
        </w:tc>
        <w:tc>
          <w:tcPr>
            <w:tcW w:type="dxa" w:w="2608"/>
          </w:tcPr>
          <w:p>
            <w:pPr>
              <w:spacing w:after="20"/>
            </w:pPr>
            <w:r/>
            <w:r>
              <w:rPr>
                <w:sz w:val="17"/>
              </w:rPr>
            </w:r>
          </w:p>
        </w:tc>
        <w:tc>
          <w:tcPr>
            <w:tcW w:type="dxa" w:w="1417"/>
          </w:tcPr>
          <w:p>
            <w:pPr>
              <w:spacing w:after="20"/>
            </w:pPr>
            <w:r/>
            <w:r>
              <w:rPr>
                <w:sz w:val="17"/>
              </w:rPr>
            </w:r>
          </w:p>
        </w:tc>
      </w:tr>
      <w:tr>
        <w:tc>
          <w:tcPr>
            <w:tcW w:type="dxa" w:w="1247"/>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1020"/>
          </w:tcPr>
          <w:p>
            <w:pPr>
              <w:spacing w:after="20"/>
            </w:pPr>
            <w:r/>
            <w:r>
              <w:rPr>
                <w:sz w:val="17"/>
              </w:rPr>
            </w:r>
          </w:p>
        </w:tc>
        <w:tc>
          <w:tcPr>
            <w:tcW w:type="dxa" w:w="1247"/>
          </w:tcPr>
          <w:p>
            <w:pPr>
              <w:spacing w:after="20"/>
            </w:pPr>
            <w:r/>
            <w:r>
              <w:rPr>
                <w:sz w:val="17"/>
              </w:rPr>
            </w:r>
          </w:p>
        </w:tc>
        <w:tc>
          <w:tcPr>
            <w:tcW w:type="dxa" w:w="2835"/>
          </w:tcPr>
          <w:p>
            <w:pPr>
              <w:spacing w:after="20"/>
            </w:pPr>
            <w:r/>
            <w:r>
              <w:rPr>
                <w:sz w:val="17"/>
              </w:rPr>
            </w:r>
          </w:p>
        </w:tc>
        <w:tc>
          <w:tcPr>
            <w:tcW w:type="dxa" w:w="2608"/>
          </w:tcPr>
          <w:p>
            <w:pPr>
              <w:spacing w:after="20"/>
            </w:pPr>
            <w:r/>
            <w:r>
              <w:rPr>
                <w:sz w:val="17"/>
              </w:rPr>
            </w:r>
          </w:p>
        </w:tc>
        <w:tc>
          <w:tcPr>
            <w:tcW w:type="dxa" w:w="1417"/>
          </w:tcPr>
          <w:p>
            <w:pPr>
              <w:spacing w:after="20"/>
            </w:pPr>
            <w:r/>
            <w:r>
              <w:rPr>
                <w:sz w:val="17"/>
              </w:rPr>
            </w:r>
          </w:p>
        </w:tc>
      </w:tr>
      <w:tr>
        <w:tc>
          <w:tcPr>
            <w:tcW w:type="dxa" w:w="1247"/>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1020"/>
          </w:tcPr>
          <w:p>
            <w:pPr>
              <w:spacing w:after="20"/>
            </w:pPr>
            <w:r/>
            <w:r>
              <w:rPr>
                <w:sz w:val="17"/>
              </w:rPr>
            </w:r>
          </w:p>
        </w:tc>
        <w:tc>
          <w:tcPr>
            <w:tcW w:type="dxa" w:w="1247"/>
          </w:tcPr>
          <w:p>
            <w:pPr>
              <w:spacing w:after="20"/>
            </w:pPr>
            <w:r/>
            <w:r>
              <w:rPr>
                <w:sz w:val="17"/>
              </w:rPr>
            </w:r>
          </w:p>
        </w:tc>
        <w:tc>
          <w:tcPr>
            <w:tcW w:type="dxa" w:w="2835"/>
          </w:tcPr>
          <w:p>
            <w:pPr>
              <w:spacing w:after="20"/>
            </w:pPr>
            <w:r/>
            <w:r>
              <w:rPr>
                <w:sz w:val="17"/>
              </w:rPr>
            </w:r>
          </w:p>
        </w:tc>
        <w:tc>
          <w:tcPr>
            <w:tcW w:type="dxa" w:w="2608"/>
          </w:tcPr>
          <w:p>
            <w:pPr>
              <w:spacing w:after="20"/>
            </w:pPr>
            <w:r/>
            <w:r>
              <w:rPr>
                <w:sz w:val="17"/>
              </w:rPr>
            </w:r>
          </w:p>
        </w:tc>
        <w:tc>
          <w:tcPr>
            <w:tcW w:type="dxa" w:w="1417"/>
          </w:tcPr>
          <w:p>
            <w:pPr>
              <w:spacing w:after="20"/>
            </w:pPr>
            <w:r/>
            <w:r>
              <w:rPr>
                <w:sz w:val="17"/>
              </w:rPr>
            </w:r>
          </w:p>
        </w:tc>
      </w:tr>
      <w:tr>
        <w:tc>
          <w:tcPr>
            <w:tcW w:type="dxa" w:w="1247"/>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1020"/>
          </w:tcPr>
          <w:p>
            <w:pPr>
              <w:spacing w:after="20"/>
            </w:pPr>
            <w:r/>
            <w:r>
              <w:rPr>
                <w:sz w:val="17"/>
              </w:rPr>
            </w:r>
          </w:p>
        </w:tc>
        <w:tc>
          <w:tcPr>
            <w:tcW w:type="dxa" w:w="1247"/>
          </w:tcPr>
          <w:p>
            <w:pPr>
              <w:spacing w:after="20"/>
            </w:pPr>
            <w:r/>
            <w:r>
              <w:rPr>
                <w:sz w:val="17"/>
              </w:rPr>
            </w:r>
          </w:p>
        </w:tc>
        <w:tc>
          <w:tcPr>
            <w:tcW w:type="dxa" w:w="2835"/>
          </w:tcPr>
          <w:p>
            <w:pPr>
              <w:spacing w:after="20"/>
            </w:pPr>
            <w:r/>
            <w:r>
              <w:rPr>
                <w:sz w:val="17"/>
              </w:rPr>
            </w:r>
          </w:p>
        </w:tc>
        <w:tc>
          <w:tcPr>
            <w:tcW w:type="dxa" w:w="2608"/>
          </w:tcPr>
          <w:p>
            <w:pPr>
              <w:spacing w:after="20"/>
            </w:pPr>
            <w:r/>
            <w:r>
              <w:rPr>
                <w:sz w:val="17"/>
              </w:rPr>
            </w:r>
          </w:p>
        </w:tc>
        <w:tc>
          <w:tcPr>
            <w:tcW w:type="dxa" w:w="1417"/>
          </w:tcPr>
          <w:p>
            <w:pPr>
              <w:spacing w:after="20"/>
            </w:pPr>
            <w:r/>
            <w:r>
              <w:rPr>
                <w:sz w:val="17"/>
              </w:rPr>
            </w:r>
          </w:p>
        </w:tc>
      </w:tr>
      <w:tr>
        <w:tc>
          <w:tcPr>
            <w:tcW w:type="dxa" w:w="1247"/>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1020"/>
          </w:tcPr>
          <w:p>
            <w:pPr>
              <w:spacing w:after="20"/>
            </w:pPr>
            <w:r/>
            <w:r>
              <w:rPr>
                <w:sz w:val="17"/>
              </w:rPr>
            </w:r>
          </w:p>
        </w:tc>
        <w:tc>
          <w:tcPr>
            <w:tcW w:type="dxa" w:w="1247"/>
          </w:tcPr>
          <w:p>
            <w:pPr>
              <w:spacing w:after="20"/>
            </w:pPr>
            <w:r/>
            <w:r>
              <w:rPr>
                <w:sz w:val="17"/>
              </w:rPr>
            </w:r>
          </w:p>
        </w:tc>
        <w:tc>
          <w:tcPr>
            <w:tcW w:type="dxa" w:w="2835"/>
          </w:tcPr>
          <w:p>
            <w:pPr>
              <w:spacing w:after="20"/>
            </w:pPr>
            <w:r/>
            <w:r>
              <w:rPr>
                <w:sz w:val="17"/>
              </w:rPr>
            </w:r>
          </w:p>
        </w:tc>
        <w:tc>
          <w:tcPr>
            <w:tcW w:type="dxa" w:w="2608"/>
          </w:tcPr>
          <w:p>
            <w:pPr>
              <w:spacing w:after="20"/>
            </w:pPr>
            <w:r/>
            <w:r>
              <w:rPr>
                <w:sz w:val="17"/>
              </w:rPr>
            </w:r>
          </w:p>
        </w:tc>
        <w:tc>
          <w:tcPr>
            <w:tcW w:type="dxa" w:w="1417"/>
          </w:tcPr>
          <w:p>
            <w:pPr>
              <w:spacing w:after="20"/>
            </w:pPr>
            <w:r/>
            <w:r>
              <w:rPr>
                <w:sz w:val="17"/>
              </w:rPr>
            </w:r>
          </w:p>
        </w:tc>
      </w:tr>
      <w:tr>
        <w:tc>
          <w:tcPr>
            <w:tcW w:type="dxa" w:w="1247"/>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1020"/>
          </w:tcPr>
          <w:p>
            <w:pPr>
              <w:spacing w:after="20"/>
            </w:pPr>
            <w:r/>
            <w:r>
              <w:rPr>
                <w:sz w:val="17"/>
              </w:rPr>
            </w:r>
          </w:p>
        </w:tc>
        <w:tc>
          <w:tcPr>
            <w:tcW w:type="dxa" w:w="1247"/>
          </w:tcPr>
          <w:p>
            <w:pPr>
              <w:spacing w:after="20"/>
            </w:pPr>
            <w:r/>
            <w:r>
              <w:rPr>
                <w:sz w:val="17"/>
              </w:rPr>
            </w:r>
          </w:p>
        </w:tc>
        <w:tc>
          <w:tcPr>
            <w:tcW w:type="dxa" w:w="2835"/>
          </w:tcPr>
          <w:p>
            <w:pPr>
              <w:spacing w:after="20"/>
            </w:pPr>
            <w:r/>
            <w:r>
              <w:rPr>
                <w:sz w:val="17"/>
              </w:rPr>
            </w:r>
          </w:p>
        </w:tc>
        <w:tc>
          <w:tcPr>
            <w:tcW w:type="dxa" w:w="2608"/>
          </w:tcPr>
          <w:p>
            <w:pPr>
              <w:spacing w:after="20"/>
            </w:pPr>
            <w:r/>
            <w:r>
              <w:rPr>
                <w:sz w:val="17"/>
              </w:rPr>
            </w:r>
          </w:p>
        </w:tc>
        <w:tc>
          <w:tcPr>
            <w:tcW w:type="dxa" w:w="1417"/>
          </w:tcPr>
          <w:p>
            <w:pPr>
              <w:spacing w:after="20"/>
            </w:pPr>
            <w:r/>
            <w:r>
              <w:rPr>
                <w:sz w:val="17"/>
              </w:rPr>
            </w:r>
          </w:p>
        </w:tc>
      </w:tr>
      <w:tr>
        <w:tc>
          <w:tcPr>
            <w:tcW w:type="dxa" w:w="1247"/>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1020"/>
          </w:tcPr>
          <w:p>
            <w:pPr>
              <w:spacing w:after="20"/>
            </w:pPr>
            <w:r/>
            <w:r>
              <w:rPr>
                <w:sz w:val="17"/>
              </w:rPr>
            </w:r>
          </w:p>
        </w:tc>
        <w:tc>
          <w:tcPr>
            <w:tcW w:type="dxa" w:w="1247"/>
          </w:tcPr>
          <w:p>
            <w:pPr>
              <w:spacing w:after="20"/>
            </w:pPr>
            <w:r/>
            <w:r>
              <w:rPr>
                <w:sz w:val="17"/>
              </w:rPr>
            </w:r>
          </w:p>
        </w:tc>
        <w:tc>
          <w:tcPr>
            <w:tcW w:type="dxa" w:w="2835"/>
          </w:tcPr>
          <w:p>
            <w:pPr>
              <w:spacing w:after="20"/>
            </w:pPr>
            <w:r/>
            <w:r>
              <w:rPr>
                <w:sz w:val="17"/>
              </w:rPr>
            </w:r>
          </w:p>
        </w:tc>
        <w:tc>
          <w:tcPr>
            <w:tcW w:type="dxa" w:w="2608"/>
          </w:tcPr>
          <w:p>
            <w:pPr>
              <w:spacing w:after="20"/>
            </w:pPr>
            <w:r/>
            <w:r>
              <w:rPr>
                <w:sz w:val="17"/>
              </w:rPr>
            </w:r>
          </w:p>
        </w:tc>
        <w:tc>
          <w:tcPr>
            <w:tcW w:type="dxa" w:w="1417"/>
          </w:tcPr>
          <w:p>
            <w:pPr>
              <w:spacing w:after="20"/>
            </w:pPr>
            <w:r/>
            <w:r>
              <w:rPr>
                <w:sz w:val="17"/>
              </w:rPr>
            </w:r>
          </w:p>
        </w:tc>
      </w:tr>
      <w:tr>
        <w:tc>
          <w:tcPr>
            <w:tcW w:type="dxa" w:w="1247"/>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1020"/>
          </w:tcPr>
          <w:p>
            <w:pPr>
              <w:spacing w:after="20"/>
            </w:pPr>
            <w:r/>
            <w:r>
              <w:rPr>
                <w:sz w:val="17"/>
              </w:rPr>
            </w:r>
          </w:p>
        </w:tc>
        <w:tc>
          <w:tcPr>
            <w:tcW w:type="dxa" w:w="1247"/>
          </w:tcPr>
          <w:p>
            <w:pPr>
              <w:spacing w:after="20"/>
            </w:pPr>
            <w:r/>
            <w:r>
              <w:rPr>
                <w:sz w:val="17"/>
              </w:rPr>
            </w:r>
          </w:p>
        </w:tc>
        <w:tc>
          <w:tcPr>
            <w:tcW w:type="dxa" w:w="2835"/>
          </w:tcPr>
          <w:p>
            <w:pPr>
              <w:spacing w:after="20"/>
            </w:pPr>
            <w:r/>
            <w:r>
              <w:rPr>
                <w:sz w:val="17"/>
              </w:rPr>
            </w:r>
          </w:p>
        </w:tc>
        <w:tc>
          <w:tcPr>
            <w:tcW w:type="dxa" w:w="2608"/>
          </w:tcPr>
          <w:p>
            <w:pPr>
              <w:spacing w:after="20"/>
            </w:pPr>
            <w:r/>
            <w:r>
              <w:rPr>
                <w:sz w:val="17"/>
              </w:rPr>
            </w:r>
          </w:p>
        </w:tc>
        <w:tc>
          <w:tcPr>
            <w:tcW w:type="dxa" w:w="1417"/>
          </w:tcPr>
          <w:p>
            <w:pPr>
              <w:spacing w:after="20"/>
            </w:pPr>
            <w:r/>
            <w:r>
              <w:rPr>
                <w:sz w:val="17"/>
              </w:rPr>
            </w:r>
          </w:p>
        </w:tc>
      </w:tr>
    </w:tbl>
    <w:p/>
    <w:p>
      <w:r>
        <w:br w:type="page"/>
      </w:r>
    </w:p>
    <w:p>
      <w:pPr>
        <w:spacing w:after="0"/>
      </w:pPr>
      <w:r>
        <w:rPr>
          <w:b/>
          <w:color w:val="14214D"/>
          <w:sz w:val="16"/>
        </w:rPr>
        <w:t>PLANNER</w:t>
      </w:r>
    </w:p>
    <w:p>
      <w:pPr>
        <w:pStyle w:val="Heading1"/>
      </w:pPr>
      <w:r>
        <w:t>Topics for the coming months</w:t>
      </w:r>
    </w:p>
    <w:p>
      <w:r>
        <w:rPr>
          <w:i w:val="0"/>
          <w:color w:val="6B6B6B"/>
          <w:sz w:val="18"/>
        </w:rPr>
        <w:t>A rolling programme so no topic goes too long without a refresh, and so the talk fits the work that month.</w:t>
      </w:r>
    </w:p>
    <w:tbl>
      <w:tblPr>
        <w:tblStyle w:val="TableGrid"/>
        <w:tblW w:type="auto" w:w="0"/>
        <w:jc w:val="center"/>
        <w:tblLook w:firstColumn="1" w:firstRow="1" w:lastColumn="0" w:lastRow="0" w:noHBand="0" w:noVBand="1" w:val="04A0"/>
      </w:tblPr>
      <w:tblGrid>
        <w:gridCol w:w="2466"/>
        <w:gridCol w:w="2466"/>
        <w:gridCol w:w="2466"/>
        <w:gridCol w:w="2466"/>
        <w:gridCol w:w="2466"/>
        <w:gridCol w:w="2466"/>
      </w:tblGrid>
      <w:tr>
        <w:trPr>
          <w:tblHeader w:val="true"/>
        </w:trPr>
        <w:tc>
          <w:tcPr>
            <w:tcW w:type="dxa" w:w="1587"/>
            <w:shd w:val="clear" w:color="auto" w:fill="E8EAF1"/>
          </w:tcPr>
          <w:p>
            <w:r/>
            <w:r>
              <w:rPr>
                <w:b/>
                <w:sz w:val="18"/>
              </w:rPr>
              <w:t>Month</w:t>
            </w:r>
          </w:p>
        </w:tc>
        <w:tc>
          <w:tcPr>
            <w:tcW w:type="dxa" w:w="3969"/>
            <w:shd w:val="clear" w:color="auto" w:fill="E8EAF1"/>
          </w:tcPr>
          <w:p>
            <w:r/>
            <w:r>
              <w:rPr>
                <w:b/>
                <w:sz w:val="18"/>
              </w:rPr>
              <w:t>Topic planned</w:t>
            </w:r>
          </w:p>
        </w:tc>
        <w:tc>
          <w:tcPr>
            <w:tcW w:type="dxa" w:w="4309"/>
            <w:shd w:val="clear" w:color="auto" w:fill="E8EAF1"/>
          </w:tcPr>
          <w:p>
            <w:r/>
            <w:r>
              <w:rPr>
                <w:b/>
                <w:sz w:val="18"/>
              </w:rPr>
              <w:t>Why this month</w:t>
            </w:r>
          </w:p>
        </w:tc>
        <w:tc>
          <w:tcPr>
            <w:tcW w:type="dxa" w:w="1474"/>
            <w:shd w:val="clear" w:color="auto" w:fill="E8EAF1"/>
          </w:tcPr>
          <w:p>
            <w:r/>
            <w:r>
              <w:rPr>
                <w:b/>
                <w:sz w:val="18"/>
              </w:rPr>
              <w:t>Given on</w:t>
            </w:r>
          </w:p>
        </w:tc>
        <w:tc>
          <w:tcPr>
            <w:tcW w:type="dxa" w:w="2041"/>
            <w:shd w:val="clear" w:color="auto" w:fill="E8EAF1"/>
          </w:tcPr>
          <w:p>
            <w:r/>
            <w:r>
              <w:rPr>
                <w:b/>
                <w:sz w:val="18"/>
              </w:rPr>
              <w:t>By</w:t>
            </w:r>
          </w:p>
        </w:tc>
        <w:tc>
          <w:tcPr>
            <w:tcW w:type="dxa" w:w="1417"/>
            <w:shd w:val="clear" w:color="auto" w:fill="E8EAF1"/>
          </w:tcPr>
          <w:p>
            <w:r/>
            <w:r>
              <w:rPr>
                <w:b/>
                <w:sz w:val="18"/>
              </w:rPr>
              <w:t>Sheet ref</w:t>
            </w:r>
          </w:p>
        </w:tc>
      </w:tr>
      <w:tr>
        <w:tc>
          <w:tcPr>
            <w:tcW w:type="dxa" w:w="1587"/>
          </w:tcPr>
          <w:p>
            <w:pPr>
              <w:spacing w:after="20"/>
            </w:pPr>
            <w:r/>
            <w:r>
              <w:rPr>
                <w:sz w:val="18"/>
              </w:rPr>
            </w:r>
          </w:p>
        </w:tc>
        <w:tc>
          <w:tcPr>
            <w:tcW w:type="dxa" w:w="3969"/>
          </w:tcPr>
          <w:p>
            <w:pPr>
              <w:spacing w:after="20"/>
            </w:pPr>
            <w:r/>
            <w:r>
              <w:rPr>
                <w:sz w:val="18"/>
              </w:rPr>
            </w:r>
          </w:p>
        </w:tc>
        <w:tc>
          <w:tcPr>
            <w:tcW w:type="dxa" w:w="4309"/>
          </w:tcPr>
          <w:p>
            <w:pPr>
              <w:spacing w:after="20"/>
            </w:pPr>
            <w:r/>
            <w:r>
              <w:rPr>
                <w:sz w:val="18"/>
              </w:rPr>
            </w:r>
          </w:p>
        </w:tc>
        <w:tc>
          <w:tcPr>
            <w:tcW w:type="dxa" w:w="1474"/>
          </w:tcPr>
          <w:p>
            <w:pPr>
              <w:spacing w:after="20"/>
            </w:pPr>
            <w:r/>
            <w:r>
              <w:rPr>
                <w:sz w:val="18"/>
              </w:rPr>
            </w:r>
          </w:p>
        </w:tc>
        <w:tc>
          <w:tcPr>
            <w:tcW w:type="dxa" w:w="2041"/>
          </w:tcPr>
          <w:p>
            <w:pPr>
              <w:spacing w:after="20"/>
            </w:pPr>
            <w:r/>
            <w:r>
              <w:rPr>
                <w:sz w:val="18"/>
              </w:rPr>
            </w:r>
          </w:p>
        </w:tc>
        <w:tc>
          <w:tcPr>
            <w:tcW w:type="dxa" w:w="1417"/>
          </w:tcPr>
          <w:p>
            <w:pPr>
              <w:spacing w:after="20"/>
            </w:pPr>
            <w:r/>
            <w:r>
              <w:rPr>
                <w:sz w:val="18"/>
              </w:rPr>
            </w:r>
          </w:p>
        </w:tc>
      </w:tr>
      <w:tr>
        <w:tc>
          <w:tcPr>
            <w:tcW w:type="dxa" w:w="1587"/>
          </w:tcPr>
          <w:p>
            <w:pPr>
              <w:spacing w:after="20"/>
            </w:pPr>
            <w:r/>
            <w:r>
              <w:rPr>
                <w:sz w:val="18"/>
              </w:rPr>
            </w:r>
          </w:p>
        </w:tc>
        <w:tc>
          <w:tcPr>
            <w:tcW w:type="dxa" w:w="3969"/>
          </w:tcPr>
          <w:p>
            <w:pPr>
              <w:spacing w:after="20"/>
            </w:pPr>
            <w:r/>
            <w:r>
              <w:rPr>
                <w:sz w:val="18"/>
              </w:rPr>
            </w:r>
          </w:p>
        </w:tc>
        <w:tc>
          <w:tcPr>
            <w:tcW w:type="dxa" w:w="4309"/>
          </w:tcPr>
          <w:p>
            <w:pPr>
              <w:spacing w:after="20"/>
            </w:pPr>
            <w:r/>
            <w:r>
              <w:rPr>
                <w:sz w:val="18"/>
              </w:rPr>
            </w:r>
          </w:p>
        </w:tc>
        <w:tc>
          <w:tcPr>
            <w:tcW w:type="dxa" w:w="1474"/>
          </w:tcPr>
          <w:p>
            <w:pPr>
              <w:spacing w:after="20"/>
            </w:pPr>
            <w:r/>
            <w:r>
              <w:rPr>
                <w:sz w:val="18"/>
              </w:rPr>
            </w:r>
          </w:p>
        </w:tc>
        <w:tc>
          <w:tcPr>
            <w:tcW w:type="dxa" w:w="2041"/>
          </w:tcPr>
          <w:p>
            <w:pPr>
              <w:spacing w:after="20"/>
            </w:pPr>
            <w:r/>
            <w:r>
              <w:rPr>
                <w:sz w:val="18"/>
              </w:rPr>
            </w:r>
          </w:p>
        </w:tc>
        <w:tc>
          <w:tcPr>
            <w:tcW w:type="dxa" w:w="1417"/>
          </w:tcPr>
          <w:p>
            <w:pPr>
              <w:spacing w:after="20"/>
            </w:pPr>
            <w:r/>
            <w:r>
              <w:rPr>
                <w:sz w:val="18"/>
              </w:rPr>
            </w:r>
          </w:p>
        </w:tc>
      </w:tr>
      <w:tr>
        <w:tc>
          <w:tcPr>
            <w:tcW w:type="dxa" w:w="1587"/>
          </w:tcPr>
          <w:p>
            <w:pPr>
              <w:spacing w:after="20"/>
            </w:pPr>
            <w:r/>
            <w:r>
              <w:rPr>
                <w:sz w:val="18"/>
              </w:rPr>
            </w:r>
          </w:p>
        </w:tc>
        <w:tc>
          <w:tcPr>
            <w:tcW w:type="dxa" w:w="3969"/>
          </w:tcPr>
          <w:p>
            <w:pPr>
              <w:spacing w:after="20"/>
            </w:pPr>
            <w:r/>
            <w:r>
              <w:rPr>
                <w:sz w:val="18"/>
              </w:rPr>
            </w:r>
          </w:p>
        </w:tc>
        <w:tc>
          <w:tcPr>
            <w:tcW w:type="dxa" w:w="4309"/>
          </w:tcPr>
          <w:p>
            <w:pPr>
              <w:spacing w:after="20"/>
            </w:pPr>
            <w:r/>
            <w:r>
              <w:rPr>
                <w:sz w:val="18"/>
              </w:rPr>
            </w:r>
          </w:p>
        </w:tc>
        <w:tc>
          <w:tcPr>
            <w:tcW w:type="dxa" w:w="1474"/>
          </w:tcPr>
          <w:p>
            <w:pPr>
              <w:spacing w:after="20"/>
            </w:pPr>
            <w:r/>
            <w:r>
              <w:rPr>
                <w:sz w:val="18"/>
              </w:rPr>
            </w:r>
          </w:p>
        </w:tc>
        <w:tc>
          <w:tcPr>
            <w:tcW w:type="dxa" w:w="2041"/>
          </w:tcPr>
          <w:p>
            <w:pPr>
              <w:spacing w:after="20"/>
            </w:pPr>
            <w:r/>
            <w:r>
              <w:rPr>
                <w:sz w:val="18"/>
              </w:rPr>
            </w:r>
          </w:p>
        </w:tc>
        <w:tc>
          <w:tcPr>
            <w:tcW w:type="dxa" w:w="1417"/>
          </w:tcPr>
          <w:p>
            <w:pPr>
              <w:spacing w:after="20"/>
            </w:pPr>
            <w:r/>
            <w:r>
              <w:rPr>
                <w:sz w:val="18"/>
              </w:rPr>
            </w:r>
          </w:p>
        </w:tc>
      </w:tr>
      <w:tr>
        <w:tc>
          <w:tcPr>
            <w:tcW w:type="dxa" w:w="1587"/>
          </w:tcPr>
          <w:p>
            <w:pPr>
              <w:spacing w:after="20"/>
            </w:pPr>
            <w:r/>
            <w:r>
              <w:rPr>
                <w:sz w:val="18"/>
              </w:rPr>
            </w:r>
          </w:p>
        </w:tc>
        <w:tc>
          <w:tcPr>
            <w:tcW w:type="dxa" w:w="3969"/>
          </w:tcPr>
          <w:p>
            <w:pPr>
              <w:spacing w:after="20"/>
            </w:pPr>
            <w:r/>
            <w:r>
              <w:rPr>
                <w:sz w:val="18"/>
              </w:rPr>
            </w:r>
          </w:p>
        </w:tc>
        <w:tc>
          <w:tcPr>
            <w:tcW w:type="dxa" w:w="4309"/>
          </w:tcPr>
          <w:p>
            <w:pPr>
              <w:spacing w:after="20"/>
            </w:pPr>
            <w:r/>
            <w:r>
              <w:rPr>
                <w:sz w:val="18"/>
              </w:rPr>
            </w:r>
          </w:p>
        </w:tc>
        <w:tc>
          <w:tcPr>
            <w:tcW w:type="dxa" w:w="1474"/>
          </w:tcPr>
          <w:p>
            <w:pPr>
              <w:spacing w:after="20"/>
            </w:pPr>
            <w:r/>
            <w:r>
              <w:rPr>
                <w:sz w:val="18"/>
              </w:rPr>
            </w:r>
          </w:p>
        </w:tc>
        <w:tc>
          <w:tcPr>
            <w:tcW w:type="dxa" w:w="2041"/>
          </w:tcPr>
          <w:p>
            <w:pPr>
              <w:spacing w:after="20"/>
            </w:pPr>
            <w:r/>
            <w:r>
              <w:rPr>
                <w:sz w:val="18"/>
              </w:rPr>
            </w:r>
          </w:p>
        </w:tc>
        <w:tc>
          <w:tcPr>
            <w:tcW w:type="dxa" w:w="1417"/>
          </w:tcPr>
          <w:p>
            <w:pPr>
              <w:spacing w:after="20"/>
            </w:pPr>
            <w:r/>
            <w:r>
              <w:rPr>
                <w:sz w:val="18"/>
              </w:rPr>
            </w:r>
          </w:p>
        </w:tc>
      </w:tr>
      <w:tr>
        <w:tc>
          <w:tcPr>
            <w:tcW w:type="dxa" w:w="1587"/>
          </w:tcPr>
          <w:p>
            <w:pPr>
              <w:spacing w:after="20"/>
            </w:pPr>
            <w:r/>
            <w:r>
              <w:rPr>
                <w:sz w:val="18"/>
              </w:rPr>
            </w:r>
          </w:p>
        </w:tc>
        <w:tc>
          <w:tcPr>
            <w:tcW w:type="dxa" w:w="3969"/>
          </w:tcPr>
          <w:p>
            <w:pPr>
              <w:spacing w:after="20"/>
            </w:pPr>
            <w:r/>
            <w:r>
              <w:rPr>
                <w:sz w:val="18"/>
              </w:rPr>
            </w:r>
          </w:p>
        </w:tc>
        <w:tc>
          <w:tcPr>
            <w:tcW w:type="dxa" w:w="4309"/>
          </w:tcPr>
          <w:p>
            <w:pPr>
              <w:spacing w:after="20"/>
            </w:pPr>
            <w:r/>
            <w:r>
              <w:rPr>
                <w:sz w:val="18"/>
              </w:rPr>
            </w:r>
          </w:p>
        </w:tc>
        <w:tc>
          <w:tcPr>
            <w:tcW w:type="dxa" w:w="1474"/>
          </w:tcPr>
          <w:p>
            <w:pPr>
              <w:spacing w:after="20"/>
            </w:pPr>
            <w:r/>
            <w:r>
              <w:rPr>
                <w:sz w:val="18"/>
              </w:rPr>
            </w:r>
          </w:p>
        </w:tc>
        <w:tc>
          <w:tcPr>
            <w:tcW w:type="dxa" w:w="2041"/>
          </w:tcPr>
          <w:p>
            <w:pPr>
              <w:spacing w:after="20"/>
            </w:pPr>
            <w:r/>
            <w:r>
              <w:rPr>
                <w:sz w:val="18"/>
              </w:rPr>
            </w:r>
          </w:p>
        </w:tc>
        <w:tc>
          <w:tcPr>
            <w:tcW w:type="dxa" w:w="1417"/>
          </w:tcPr>
          <w:p>
            <w:pPr>
              <w:spacing w:after="20"/>
            </w:pPr>
            <w:r/>
            <w:r>
              <w:rPr>
                <w:sz w:val="18"/>
              </w:rPr>
            </w:r>
          </w:p>
        </w:tc>
      </w:tr>
      <w:tr>
        <w:tc>
          <w:tcPr>
            <w:tcW w:type="dxa" w:w="1587"/>
          </w:tcPr>
          <w:p>
            <w:pPr>
              <w:spacing w:after="20"/>
            </w:pPr>
            <w:r/>
            <w:r>
              <w:rPr>
                <w:sz w:val="18"/>
              </w:rPr>
            </w:r>
          </w:p>
        </w:tc>
        <w:tc>
          <w:tcPr>
            <w:tcW w:type="dxa" w:w="3969"/>
          </w:tcPr>
          <w:p>
            <w:pPr>
              <w:spacing w:after="20"/>
            </w:pPr>
            <w:r/>
            <w:r>
              <w:rPr>
                <w:sz w:val="18"/>
              </w:rPr>
            </w:r>
          </w:p>
        </w:tc>
        <w:tc>
          <w:tcPr>
            <w:tcW w:type="dxa" w:w="4309"/>
          </w:tcPr>
          <w:p>
            <w:pPr>
              <w:spacing w:after="20"/>
            </w:pPr>
            <w:r/>
            <w:r>
              <w:rPr>
                <w:sz w:val="18"/>
              </w:rPr>
            </w:r>
          </w:p>
        </w:tc>
        <w:tc>
          <w:tcPr>
            <w:tcW w:type="dxa" w:w="1474"/>
          </w:tcPr>
          <w:p>
            <w:pPr>
              <w:spacing w:after="20"/>
            </w:pPr>
            <w:r/>
            <w:r>
              <w:rPr>
                <w:sz w:val="18"/>
              </w:rPr>
            </w:r>
          </w:p>
        </w:tc>
        <w:tc>
          <w:tcPr>
            <w:tcW w:type="dxa" w:w="2041"/>
          </w:tcPr>
          <w:p>
            <w:pPr>
              <w:spacing w:after="20"/>
            </w:pPr>
            <w:r/>
            <w:r>
              <w:rPr>
                <w:sz w:val="18"/>
              </w:rPr>
            </w:r>
          </w:p>
        </w:tc>
        <w:tc>
          <w:tcPr>
            <w:tcW w:type="dxa" w:w="1417"/>
          </w:tcPr>
          <w:p>
            <w:pPr>
              <w:spacing w:after="20"/>
            </w:pPr>
            <w:r/>
            <w:r>
              <w:rPr>
                <w:sz w:val="18"/>
              </w:rPr>
            </w:r>
          </w:p>
        </w:tc>
      </w:tr>
      <w:tr>
        <w:tc>
          <w:tcPr>
            <w:tcW w:type="dxa" w:w="1587"/>
          </w:tcPr>
          <w:p>
            <w:pPr>
              <w:spacing w:after="20"/>
            </w:pPr>
            <w:r/>
            <w:r>
              <w:rPr>
                <w:sz w:val="18"/>
              </w:rPr>
            </w:r>
          </w:p>
        </w:tc>
        <w:tc>
          <w:tcPr>
            <w:tcW w:type="dxa" w:w="3969"/>
          </w:tcPr>
          <w:p>
            <w:pPr>
              <w:spacing w:after="20"/>
            </w:pPr>
            <w:r/>
            <w:r>
              <w:rPr>
                <w:sz w:val="18"/>
              </w:rPr>
            </w:r>
          </w:p>
        </w:tc>
        <w:tc>
          <w:tcPr>
            <w:tcW w:type="dxa" w:w="4309"/>
          </w:tcPr>
          <w:p>
            <w:pPr>
              <w:spacing w:after="20"/>
            </w:pPr>
            <w:r/>
            <w:r>
              <w:rPr>
                <w:sz w:val="18"/>
              </w:rPr>
            </w:r>
          </w:p>
        </w:tc>
        <w:tc>
          <w:tcPr>
            <w:tcW w:type="dxa" w:w="1474"/>
          </w:tcPr>
          <w:p>
            <w:pPr>
              <w:spacing w:after="20"/>
            </w:pPr>
            <w:r/>
            <w:r>
              <w:rPr>
                <w:sz w:val="18"/>
              </w:rPr>
            </w:r>
          </w:p>
        </w:tc>
        <w:tc>
          <w:tcPr>
            <w:tcW w:type="dxa" w:w="2041"/>
          </w:tcPr>
          <w:p>
            <w:pPr>
              <w:spacing w:after="20"/>
            </w:pPr>
            <w:r/>
            <w:r>
              <w:rPr>
                <w:sz w:val="18"/>
              </w:rPr>
            </w:r>
          </w:p>
        </w:tc>
        <w:tc>
          <w:tcPr>
            <w:tcW w:type="dxa" w:w="1417"/>
          </w:tcPr>
          <w:p>
            <w:pPr>
              <w:spacing w:after="20"/>
            </w:pPr>
            <w:r/>
            <w:r>
              <w:rPr>
                <w:sz w:val="18"/>
              </w:rPr>
            </w:r>
          </w:p>
        </w:tc>
      </w:tr>
      <w:tr>
        <w:tc>
          <w:tcPr>
            <w:tcW w:type="dxa" w:w="1587"/>
          </w:tcPr>
          <w:p>
            <w:pPr>
              <w:spacing w:after="20"/>
            </w:pPr>
            <w:r/>
            <w:r>
              <w:rPr>
                <w:sz w:val="18"/>
              </w:rPr>
            </w:r>
          </w:p>
        </w:tc>
        <w:tc>
          <w:tcPr>
            <w:tcW w:type="dxa" w:w="3969"/>
          </w:tcPr>
          <w:p>
            <w:pPr>
              <w:spacing w:after="20"/>
            </w:pPr>
            <w:r/>
            <w:r>
              <w:rPr>
                <w:sz w:val="18"/>
              </w:rPr>
            </w:r>
          </w:p>
        </w:tc>
        <w:tc>
          <w:tcPr>
            <w:tcW w:type="dxa" w:w="4309"/>
          </w:tcPr>
          <w:p>
            <w:pPr>
              <w:spacing w:after="20"/>
            </w:pPr>
            <w:r/>
            <w:r>
              <w:rPr>
                <w:sz w:val="18"/>
              </w:rPr>
            </w:r>
          </w:p>
        </w:tc>
        <w:tc>
          <w:tcPr>
            <w:tcW w:type="dxa" w:w="1474"/>
          </w:tcPr>
          <w:p>
            <w:pPr>
              <w:spacing w:after="20"/>
            </w:pPr>
            <w:r/>
            <w:r>
              <w:rPr>
                <w:sz w:val="18"/>
              </w:rPr>
            </w:r>
          </w:p>
        </w:tc>
        <w:tc>
          <w:tcPr>
            <w:tcW w:type="dxa" w:w="2041"/>
          </w:tcPr>
          <w:p>
            <w:pPr>
              <w:spacing w:after="20"/>
            </w:pPr>
            <w:r/>
            <w:r>
              <w:rPr>
                <w:sz w:val="18"/>
              </w:rPr>
            </w:r>
          </w:p>
        </w:tc>
        <w:tc>
          <w:tcPr>
            <w:tcW w:type="dxa" w:w="1417"/>
          </w:tcPr>
          <w:p>
            <w:pPr>
              <w:spacing w:after="20"/>
            </w:pPr>
            <w:r/>
            <w:r>
              <w:rPr>
                <w:sz w:val="18"/>
              </w:rPr>
            </w:r>
          </w:p>
        </w:tc>
      </w:tr>
      <w:tr>
        <w:tc>
          <w:tcPr>
            <w:tcW w:type="dxa" w:w="1587"/>
          </w:tcPr>
          <w:p>
            <w:pPr>
              <w:spacing w:after="20"/>
            </w:pPr>
            <w:r/>
            <w:r>
              <w:rPr>
                <w:sz w:val="18"/>
              </w:rPr>
            </w:r>
          </w:p>
        </w:tc>
        <w:tc>
          <w:tcPr>
            <w:tcW w:type="dxa" w:w="3969"/>
          </w:tcPr>
          <w:p>
            <w:pPr>
              <w:spacing w:after="20"/>
            </w:pPr>
            <w:r/>
            <w:r>
              <w:rPr>
                <w:sz w:val="18"/>
              </w:rPr>
            </w:r>
          </w:p>
        </w:tc>
        <w:tc>
          <w:tcPr>
            <w:tcW w:type="dxa" w:w="4309"/>
          </w:tcPr>
          <w:p>
            <w:pPr>
              <w:spacing w:after="20"/>
            </w:pPr>
            <w:r/>
            <w:r>
              <w:rPr>
                <w:sz w:val="18"/>
              </w:rPr>
            </w:r>
          </w:p>
        </w:tc>
        <w:tc>
          <w:tcPr>
            <w:tcW w:type="dxa" w:w="1474"/>
          </w:tcPr>
          <w:p>
            <w:pPr>
              <w:spacing w:after="20"/>
            </w:pPr>
            <w:r/>
            <w:r>
              <w:rPr>
                <w:sz w:val="18"/>
              </w:rPr>
            </w:r>
          </w:p>
        </w:tc>
        <w:tc>
          <w:tcPr>
            <w:tcW w:type="dxa" w:w="2041"/>
          </w:tcPr>
          <w:p>
            <w:pPr>
              <w:spacing w:after="20"/>
            </w:pPr>
            <w:r/>
            <w:r>
              <w:rPr>
                <w:sz w:val="18"/>
              </w:rPr>
            </w:r>
          </w:p>
        </w:tc>
        <w:tc>
          <w:tcPr>
            <w:tcW w:type="dxa" w:w="1417"/>
          </w:tcPr>
          <w:p>
            <w:pPr>
              <w:spacing w:after="20"/>
            </w:pPr>
            <w:r/>
            <w:r>
              <w:rPr>
                <w:sz w:val="18"/>
              </w:rPr>
            </w:r>
          </w:p>
        </w:tc>
      </w:tr>
      <w:tr>
        <w:tc>
          <w:tcPr>
            <w:tcW w:type="dxa" w:w="1587"/>
          </w:tcPr>
          <w:p>
            <w:pPr>
              <w:spacing w:after="20"/>
            </w:pPr>
            <w:r/>
            <w:r>
              <w:rPr>
                <w:sz w:val="18"/>
              </w:rPr>
            </w:r>
          </w:p>
        </w:tc>
        <w:tc>
          <w:tcPr>
            <w:tcW w:type="dxa" w:w="3969"/>
          </w:tcPr>
          <w:p>
            <w:pPr>
              <w:spacing w:after="20"/>
            </w:pPr>
            <w:r/>
            <w:r>
              <w:rPr>
                <w:sz w:val="18"/>
              </w:rPr>
            </w:r>
          </w:p>
        </w:tc>
        <w:tc>
          <w:tcPr>
            <w:tcW w:type="dxa" w:w="4309"/>
          </w:tcPr>
          <w:p>
            <w:pPr>
              <w:spacing w:after="20"/>
            </w:pPr>
            <w:r/>
            <w:r>
              <w:rPr>
                <w:sz w:val="18"/>
              </w:rPr>
            </w:r>
          </w:p>
        </w:tc>
        <w:tc>
          <w:tcPr>
            <w:tcW w:type="dxa" w:w="1474"/>
          </w:tcPr>
          <w:p>
            <w:pPr>
              <w:spacing w:after="20"/>
            </w:pPr>
            <w:r/>
            <w:r>
              <w:rPr>
                <w:sz w:val="18"/>
              </w:rPr>
            </w:r>
          </w:p>
        </w:tc>
        <w:tc>
          <w:tcPr>
            <w:tcW w:type="dxa" w:w="2041"/>
          </w:tcPr>
          <w:p>
            <w:pPr>
              <w:spacing w:after="20"/>
            </w:pPr>
            <w:r/>
            <w:r>
              <w:rPr>
                <w:sz w:val="18"/>
              </w:rPr>
            </w:r>
          </w:p>
        </w:tc>
        <w:tc>
          <w:tcPr>
            <w:tcW w:type="dxa" w:w="1417"/>
          </w:tcPr>
          <w:p>
            <w:pPr>
              <w:spacing w:after="20"/>
            </w:pPr>
            <w:r/>
            <w:r>
              <w:rPr>
                <w:sz w:val="18"/>
              </w:rPr>
            </w:r>
          </w:p>
        </w:tc>
      </w:tr>
      <w:tr>
        <w:tc>
          <w:tcPr>
            <w:tcW w:type="dxa" w:w="1587"/>
          </w:tcPr>
          <w:p>
            <w:pPr>
              <w:spacing w:after="20"/>
            </w:pPr>
            <w:r/>
            <w:r>
              <w:rPr>
                <w:sz w:val="18"/>
              </w:rPr>
            </w:r>
          </w:p>
        </w:tc>
        <w:tc>
          <w:tcPr>
            <w:tcW w:type="dxa" w:w="3969"/>
          </w:tcPr>
          <w:p>
            <w:pPr>
              <w:spacing w:after="20"/>
            </w:pPr>
            <w:r/>
            <w:r>
              <w:rPr>
                <w:sz w:val="18"/>
              </w:rPr>
            </w:r>
          </w:p>
        </w:tc>
        <w:tc>
          <w:tcPr>
            <w:tcW w:type="dxa" w:w="4309"/>
          </w:tcPr>
          <w:p>
            <w:pPr>
              <w:spacing w:after="20"/>
            </w:pPr>
            <w:r/>
            <w:r>
              <w:rPr>
                <w:sz w:val="18"/>
              </w:rPr>
            </w:r>
          </w:p>
        </w:tc>
        <w:tc>
          <w:tcPr>
            <w:tcW w:type="dxa" w:w="1474"/>
          </w:tcPr>
          <w:p>
            <w:pPr>
              <w:spacing w:after="20"/>
            </w:pPr>
            <w:r/>
            <w:r>
              <w:rPr>
                <w:sz w:val="18"/>
              </w:rPr>
            </w:r>
          </w:p>
        </w:tc>
        <w:tc>
          <w:tcPr>
            <w:tcW w:type="dxa" w:w="2041"/>
          </w:tcPr>
          <w:p>
            <w:pPr>
              <w:spacing w:after="20"/>
            </w:pPr>
            <w:r/>
            <w:r>
              <w:rPr>
                <w:sz w:val="18"/>
              </w:rPr>
            </w:r>
          </w:p>
        </w:tc>
        <w:tc>
          <w:tcPr>
            <w:tcW w:type="dxa" w:w="1417"/>
          </w:tcPr>
          <w:p>
            <w:pPr>
              <w:spacing w:after="20"/>
            </w:pPr>
            <w:r/>
            <w:r>
              <w:rPr>
                <w:sz w:val="18"/>
              </w:rPr>
            </w:r>
          </w:p>
        </w:tc>
      </w:tr>
      <w:tr>
        <w:tc>
          <w:tcPr>
            <w:tcW w:type="dxa" w:w="1587"/>
          </w:tcPr>
          <w:p>
            <w:pPr>
              <w:spacing w:after="20"/>
            </w:pPr>
            <w:r/>
            <w:r>
              <w:rPr>
                <w:sz w:val="18"/>
              </w:rPr>
            </w:r>
          </w:p>
        </w:tc>
        <w:tc>
          <w:tcPr>
            <w:tcW w:type="dxa" w:w="3969"/>
          </w:tcPr>
          <w:p>
            <w:pPr>
              <w:spacing w:after="20"/>
            </w:pPr>
            <w:r/>
            <w:r>
              <w:rPr>
                <w:sz w:val="18"/>
              </w:rPr>
            </w:r>
          </w:p>
        </w:tc>
        <w:tc>
          <w:tcPr>
            <w:tcW w:type="dxa" w:w="4309"/>
          </w:tcPr>
          <w:p>
            <w:pPr>
              <w:spacing w:after="20"/>
            </w:pPr>
            <w:r/>
            <w:r>
              <w:rPr>
                <w:sz w:val="18"/>
              </w:rPr>
            </w:r>
          </w:p>
        </w:tc>
        <w:tc>
          <w:tcPr>
            <w:tcW w:type="dxa" w:w="1474"/>
          </w:tcPr>
          <w:p>
            <w:pPr>
              <w:spacing w:after="20"/>
            </w:pPr>
            <w:r/>
            <w:r>
              <w:rPr>
                <w:sz w:val="18"/>
              </w:rPr>
            </w:r>
          </w:p>
        </w:tc>
        <w:tc>
          <w:tcPr>
            <w:tcW w:type="dxa" w:w="2041"/>
          </w:tcPr>
          <w:p>
            <w:pPr>
              <w:spacing w:after="20"/>
            </w:pPr>
            <w:r/>
            <w:r>
              <w:rPr>
                <w:sz w:val="18"/>
              </w:rPr>
            </w:r>
          </w:p>
        </w:tc>
        <w:tc>
          <w:tcPr>
            <w:tcW w:type="dxa" w:w="1417"/>
          </w:tcPr>
          <w:p>
            <w:pPr>
              <w:spacing w:after="20"/>
            </w:pPr>
            <w:r/>
            <w:r>
              <w:rPr>
                <w:sz w:val="18"/>
              </w:rPr>
            </w:r>
          </w:p>
        </w:tc>
      </w:tr>
    </w:tbl>
    <w:p/>
    <w:p>
      <w:r>
        <w:br w:type="page"/>
      </w:r>
    </w:p>
    <w:p>
      <w:pPr>
        <w:spacing w:after="0"/>
      </w:pPr>
      <w:r>
        <w:rPr>
          <w:b/>
          <w:color w:val="14214D"/>
          <w:sz w:val="16"/>
        </w:rPr>
        <w:t>WHO HAS HAD WHICH TALK</w:t>
      </w:r>
    </w:p>
    <w:p>
      <w:pPr>
        <w:pStyle w:val="Heading1"/>
      </w:pPr>
      <w:r>
        <w:t>By person</w:t>
      </w:r>
    </w:p>
    <w:p>
      <w:r>
        <w:rPr>
          <w:i w:val="0"/>
          <w:color w:val="6B6B6B"/>
          <w:sz w:val="18"/>
        </w:rPr>
        <w:t>One row per person, a column per topic, the date in the cell. Write the topic names in the heading row before the first date goes in. A blank cell is a talk still owed before that person next does that work.</w:t>
      </w:r>
    </w:p>
    <w:tbl>
      <w:tblPr>
        <w:tblStyle w:val="TableGrid"/>
        <w:tblW w:type="auto" w:w="0"/>
        <w:jc w:val="center"/>
        <w:tblLook w:firstColumn="1" w:firstRow="1" w:lastColumn="0" w:lastRow="0" w:noHBand="0" w:noVBand="1" w:val="04A0"/>
      </w:tblPr>
      <w:tblGrid>
        <w:gridCol w:w="1644"/>
        <w:gridCol w:w="1644"/>
        <w:gridCol w:w="1644"/>
        <w:gridCol w:w="1644"/>
        <w:gridCol w:w="1644"/>
        <w:gridCol w:w="1644"/>
        <w:gridCol w:w="1644"/>
        <w:gridCol w:w="1644"/>
        <w:gridCol w:w="1644"/>
      </w:tblGrid>
      <w:tr>
        <w:trPr>
          <w:tblHeader w:val="true"/>
        </w:trPr>
        <w:tc>
          <w:tcPr>
            <w:tcW w:type="dxa" w:w="2608"/>
            <w:shd w:val="clear" w:color="auto" w:fill="E8EAF1"/>
          </w:tcPr>
          <w:p>
            <w:r/>
            <w:r>
              <w:rPr>
                <w:b/>
                <w:sz w:val="17"/>
              </w:rPr>
              <w:t>Name</w:t>
            </w:r>
          </w:p>
        </w:tc>
        <w:tc>
          <w:tcPr>
            <w:tcW w:type="dxa" w:w="1814"/>
            <w:shd w:val="clear" w:color="auto" w:fill="E8EAF1"/>
          </w:tcPr>
          <w:p>
            <w:r/>
            <w:r>
              <w:rPr>
                <w:b/>
                <w:sz w:val="17"/>
              </w:rPr>
              <w:t>Company</w:t>
            </w:r>
          </w:p>
        </w:tc>
        <w:tc>
          <w:tcPr>
            <w:tcW w:type="dxa" w:w="1474"/>
            <w:shd w:val="clear" w:color="auto" w:fill="E8EAF1"/>
          </w:tcPr>
          <w:p>
            <w:r/>
            <w:r>
              <w:rPr>
                <w:b/>
                <w:sz w:val="17"/>
              </w:rPr>
              <w:t>Topic</w:t>
            </w:r>
          </w:p>
        </w:tc>
        <w:tc>
          <w:tcPr>
            <w:tcW w:type="dxa" w:w="1474"/>
            <w:shd w:val="clear" w:color="auto" w:fill="E8EAF1"/>
          </w:tcPr>
          <w:p>
            <w:r/>
            <w:r>
              <w:rPr>
                <w:b/>
                <w:sz w:val="17"/>
              </w:rPr>
              <w:t>Topic</w:t>
            </w:r>
          </w:p>
        </w:tc>
        <w:tc>
          <w:tcPr>
            <w:tcW w:type="dxa" w:w="1474"/>
            <w:shd w:val="clear" w:color="auto" w:fill="E8EAF1"/>
          </w:tcPr>
          <w:p>
            <w:r/>
            <w:r>
              <w:rPr>
                <w:b/>
                <w:sz w:val="17"/>
              </w:rPr>
              <w:t>Topic</w:t>
            </w:r>
          </w:p>
        </w:tc>
        <w:tc>
          <w:tcPr>
            <w:tcW w:type="dxa" w:w="1474"/>
            <w:shd w:val="clear" w:color="auto" w:fill="E8EAF1"/>
          </w:tcPr>
          <w:p>
            <w:r/>
            <w:r>
              <w:rPr>
                <w:b/>
                <w:sz w:val="17"/>
              </w:rPr>
              <w:t>Topic</w:t>
            </w:r>
          </w:p>
        </w:tc>
        <w:tc>
          <w:tcPr>
            <w:tcW w:type="dxa" w:w="1474"/>
            <w:shd w:val="clear" w:color="auto" w:fill="E8EAF1"/>
          </w:tcPr>
          <w:p>
            <w:r/>
            <w:r>
              <w:rPr>
                <w:b/>
                <w:sz w:val="17"/>
              </w:rPr>
              <w:t>Topic</w:t>
            </w:r>
          </w:p>
        </w:tc>
        <w:tc>
          <w:tcPr>
            <w:tcW w:type="dxa" w:w="1474"/>
            <w:shd w:val="clear" w:color="auto" w:fill="E8EAF1"/>
          </w:tcPr>
          <w:p>
            <w:r/>
            <w:r>
              <w:rPr>
                <w:b/>
                <w:sz w:val="17"/>
              </w:rPr>
              <w:t>Topic</w:t>
            </w:r>
          </w:p>
        </w:tc>
        <w:tc>
          <w:tcPr>
            <w:tcW w:type="dxa" w:w="1531"/>
            <w:shd w:val="clear" w:color="auto" w:fill="E8EAF1"/>
          </w:tcPr>
          <w:p>
            <w:r/>
            <w:r>
              <w:rPr>
                <w:b/>
                <w:sz w:val="17"/>
              </w:rPr>
              <w:t>Topic</w:t>
            </w:r>
          </w:p>
        </w:tc>
      </w:tr>
      <w:tr>
        <w:tc>
          <w:tcPr>
            <w:tcW w:type="dxa" w:w="2608"/>
          </w:tcPr>
          <w:p>
            <w:pPr>
              <w:spacing w:after="20"/>
            </w:pPr>
            <w:r/>
            <w:r>
              <w:rPr>
                <w:sz w:val="17"/>
              </w:rPr>
            </w:r>
          </w:p>
        </w:tc>
        <w:tc>
          <w:tcPr>
            <w:tcW w:type="dxa" w:w="181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531"/>
          </w:tcPr>
          <w:p>
            <w:pPr>
              <w:spacing w:after="20"/>
            </w:pPr>
            <w:r/>
            <w:r>
              <w:rPr>
                <w:sz w:val="17"/>
              </w:rPr>
            </w:r>
          </w:p>
        </w:tc>
      </w:tr>
      <w:tr>
        <w:tc>
          <w:tcPr>
            <w:tcW w:type="dxa" w:w="2608"/>
          </w:tcPr>
          <w:p>
            <w:pPr>
              <w:spacing w:after="20"/>
            </w:pPr>
            <w:r/>
            <w:r>
              <w:rPr>
                <w:sz w:val="17"/>
              </w:rPr>
            </w:r>
          </w:p>
        </w:tc>
        <w:tc>
          <w:tcPr>
            <w:tcW w:type="dxa" w:w="181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531"/>
          </w:tcPr>
          <w:p>
            <w:pPr>
              <w:spacing w:after="20"/>
            </w:pPr>
            <w:r/>
            <w:r>
              <w:rPr>
                <w:sz w:val="17"/>
              </w:rPr>
            </w:r>
          </w:p>
        </w:tc>
      </w:tr>
      <w:tr>
        <w:tc>
          <w:tcPr>
            <w:tcW w:type="dxa" w:w="2608"/>
          </w:tcPr>
          <w:p>
            <w:pPr>
              <w:spacing w:after="20"/>
            </w:pPr>
            <w:r/>
            <w:r>
              <w:rPr>
                <w:sz w:val="17"/>
              </w:rPr>
            </w:r>
          </w:p>
        </w:tc>
        <w:tc>
          <w:tcPr>
            <w:tcW w:type="dxa" w:w="181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531"/>
          </w:tcPr>
          <w:p>
            <w:pPr>
              <w:spacing w:after="20"/>
            </w:pPr>
            <w:r/>
            <w:r>
              <w:rPr>
                <w:sz w:val="17"/>
              </w:rPr>
            </w:r>
          </w:p>
        </w:tc>
      </w:tr>
      <w:tr>
        <w:tc>
          <w:tcPr>
            <w:tcW w:type="dxa" w:w="2608"/>
          </w:tcPr>
          <w:p>
            <w:pPr>
              <w:spacing w:after="20"/>
            </w:pPr>
            <w:r/>
            <w:r>
              <w:rPr>
                <w:sz w:val="17"/>
              </w:rPr>
            </w:r>
          </w:p>
        </w:tc>
        <w:tc>
          <w:tcPr>
            <w:tcW w:type="dxa" w:w="181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531"/>
          </w:tcPr>
          <w:p>
            <w:pPr>
              <w:spacing w:after="20"/>
            </w:pPr>
            <w:r/>
            <w:r>
              <w:rPr>
                <w:sz w:val="17"/>
              </w:rPr>
            </w:r>
          </w:p>
        </w:tc>
      </w:tr>
      <w:tr>
        <w:tc>
          <w:tcPr>
            <w:tcW w:type="dxa" w:w="2608"/>
          </w:tcPr>
          <w:p>
            <w:pPr>
              <w:spacing w:after="20"/>
            </w:pPr>
            <w:r/>
            <w:r>
              <w:rPr>
                <w:sz w:val="17"/>
              </w:rPr>
            </w:r>
          </w:p>
        </w:tc>
        <w:tc>
          <w:tcPr>
            <w:tcW w:type="dxa" w:w="181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531"/>
          </w:tcPr>
          <w:p>
            <w:pPr>
              <w:spacing w:after="20"/>
            </w:pPr>
            <w:r/>
            <w:r>
              <w:rPr>
                <w:sz w:val="17"/>
              </w:rPr>
            </w:r>
          </w:p>
        </w:tc>
      </w:tr>
      <w:tr>
        <w:tc>
          <w:tcPr>
            <w:tcW w:type="dxa" w:w="2608"/>
          </w:tcPr>
          <w:p>
            <w:pPr>
              <w:spacing w:after="20"/>
            </w:pPr>
            <w:r/>
            <w:r>
              <w:rPr>
                <w:sz w:val="17"/>
              </w:rPr>
            </w:r>
          </w:p>
        </w:tc>
        <w:tc>
          <w:tcPr>
            <w:tcW w:type="dxa" w:w="181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531"/>
          </w:tcPr>
          <w:p>
            <w:pPr>
              <w:spacing w:after="20"/>
            </w:pPr>
            <w:r/>
            <w:r>
              <w:rPr>
                <w:sz w:val="17"/>
              </w:rPr>
            </w:r>
          </w:p>
        </w:tc>
      </w:tr>
      <w:tr>
        <w:tc>
          <w:tcPr>
            <w:tcW w:type="dxa" w:w="2608"/>
          </w:tcPr>
          <w:p>
            <w:pPr>
              <w:spacing w:after="20"/>
            </w:pPr>
            <w:r/>
            <w:r>
              <w:rPr>
                <w:sz w:val="17"/>
              </w:rPr>
            </w:r>
          </w:p>
        </w:tc>
        <w:tc>
          <w:tcPr>
            <w:tcW w:type="dxa" w:w="181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531"/>
          </w:tcPr>
          <w:p>
            <w:pPr>
              <w:spacing w:after="20"/>
            </w:pPr>
            <w:r/>
            <w:r>
              <w:rPr>
                <w:sz w:val="17"/>
              </w:rPr>
            </w:r>
          </w:p>
        </w:tc>
      </w:tr>
      <w:tr>
        <w:tc>
          <w:tcPr>
            <w:tcW w:type="dxa" w:w="2608"/>
          </w:tcPr>
          <w:p>
            <w:pPr>
              <w:spacing w:after="20"/>
            </w:pPr>
            <w:r/>
            <w:r>
              <w:rPr>
                <w:sz w:val="17"/>
              </w:rPr>
            </w:r>
          </w:p>
        </w:tc>
        <w:tc>
          <w:tcPr>
            <w:tcW w:type="dxa" w:w="181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531"/>
          </w:tcPr>
          <w:p>
            <w:pPr>
              <w:spacing w:after="20"/>
            </w:pPr>
            <w:r/>
            <w:r>
              <w:rPr>
                <w:sz w:val="17"/>
              </w:rPr>
            </w:r>
          </w:p>
        </w:tc>
      </w:tr>
      <w:tr>
        <w:tc>
          <w:tcPr>
            <w:tcW w:type="dxa" w:w="2608"/>
          </w:tcPr>
          <w:p>
            <w:pPr>
              <w:spacing w:after="20"/>
            </w:pPr>
            <w:r/>
            <w:r>
              <w:rPr>
                <w:sz w:val="17"/>
              </w:rPr>
            </w:r>
          </w:p>
        </w:tc>
        <w:tc>
          <w:tcPr>
            <w:tcW w:type="dxa" w:w="181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531"/>
          </w:tcPr>
          <w:p>
            <w:pPr>
              <w:spacing w:after="20"/>
            </w:pPr>
            <w:r/>
            <w:r>
              <w:rPr>
                <w:sz w:val="17"/>
              </w:rPr>
            </w:r>
          </w:p>
        </w:tc>
      </w:tr>
      <w:tr>
        <w:tc>
          <w:tcPr>
            <w:tcW w:type="dxa" w:w="2608"/>
          </w:tcPr>
          <w:p>
            <w:pPr>
              <w:spacing w:after="20"/>
            </w:pPr>
            <w:r/>
            <w:r>
              <w:rPr>
                <w:sz w:val="17"/>
              </w:rPr>
            </w:r>
          </w:p>
        </w:tc>
        <w:tc>
          <w:tcPr>
            <w:tcW w:type="dxa" w:w="181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531"/>
          </w:tcPr>
          <w:p>
            <w:pPr>
              <w:spacing w:after="20"/>
            </w:pPr>
            <w:r/>
            <w:r>
              <w:rPr>
                <w:sz w:val="17"/>
              </w:rPr>
            </w:r>
          </w:p>
        </w:tc>
      </w:tr>
      <w:tr>
        <w:tc>
          <w:tcPr>
            <w:tcW w:type="dxa" w:w="2608"/>
          </w:tcPr>
          <w:p>
            <w:pPr>
              <w:spacing w:after="20"/>
            </w:pPr>
            <w:r/>
            <w:r>
              <w:rPr>
                <w:sz w:val="17"/>
              </w:rPr>
            </w:r>
          </w:p>
        </w:tc>
        <w:tc>
          <w:tcPr>
            <w:tcW w:type="dxa" w:w="181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531"/>
          </w:tcPr>
          <w:p>
            <w:pPr>
              <w:spacing w:after="20"/>
            </w:pPr>
            <w:r/>
            <w:r>
              <w:rPr>
                <w:sz w:val="17"/>
              </w:rPr>
            </w:r>
          </w:p>
        </w:tc>
      </w:tr>
      <w:tr>
        <w:tc>
          <w:tcPr>
            <w:tcW w:type="dxa" w:w="2608"/>
          </w:tcPr>
          <w:p>
            <w:pPr>
              <w:spacing w:after="20"/>
            </w:pPr>
            <w:r/>
            <w:r>
              <w:rPr>
                <w:sz w:val="17"/>
              </w:rPr>
            </w:r>
          </w:p>
        </w:tc>
        <w:tc>
          <w:tcPr>
            <w:tcW w:type="dxa" w:w="181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531"/>
          </w:tcPr>
          <w:p>
            <w:pPr>
              <w:spacing w:after="20"/>
            </w:pPr>
            <w:r/>
            <w:r>
              <w:rPr>
                <w:sz w:val="17"/>
              </w:rPr>
            </w:r>
          </w:p>
        </w:tc>
      </w:tr>
      <w:tr>
        <w:tc>
          <w:tcPr>
            <w:tcW w:type="dxa" w:w="2608"/>
          </w:tcPr>
          <w:p>
            <w:pPr>
              <w:spacing w:after="20"/>
            </w:pPr>
            <w:r/>
            <w:r>
              <w:rPr>
                <w:sz w:val="17"/>
              </w:rPr>
            </w:r>
          </w:p>
        </w:tc>
        <w:tc>
          <w:tcPr>
            <w:tcW w:type="dxa" w:w="181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531"/>
          </w:tcPr>
          <w:p>
            <w:pPr>
              <w:spacing w:after="20"/>
            </w:pPr>
            <w:r/>
            <w:r>
              <w:rPr>
                <w:sz w:val="17"/>
              </w:rPr>
            </w:r>
          </w:p>
        </w:tc>
      </w:tr>
      <w:tr>
        <w:tc>
          <w:tcPr>
            <w:tcW w:type="dxa" w:w="2608"/>
          </w:tcPr>
          <w:p>
            <w:pPr>
              <w:spacing w:after="20"/>
            </w:pPr>
            <w:r/>
            <w:r>
              <w:rPr>
                <w:sz w:val="17"/>
              </w:rPr>
            </w:r>
          </w:p>
        </w:tc>
        <w:tc>
          <w:tcPr>
            <w:tcW w:type="dxa" w:w="181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531"/>
          </w:tcPr>
          <w:p>
            <w:pPr>
              <w:spacing w:after="20"/>
            </w:pPr>
            <w:r/>
            <w:r>
              <w:rPr>
                <w:sz w:val="17"/>
              </w:rPr>
            </w:r>
          </w:p>
        </w:tc>
      </w:tr>
      <w:tr>
        <w:tc>
          <w:tcPr>
            <w:tcW w:type="dxa" w:w="2608"/>
          </w:tcPr>
          <w:p>
            <w:pPr>
              <w:spacing w:after="20"/>
            </w:pPr>
            <w:r/>
            <w:r>
              <w:rPr>
                <w:sz w:val="17"/>
              </w:rPr>
            </w:r>
          </w:p>
        </w:tc>
        <w:tc>
          <w:tcPr>
            <w:tcW w:type="dxa" w:w="181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531"/>
          </w:tcPr>
          <w:p>
            <w:pPr>
              <w:spacing w:after="20"/>
            </w:pPr>
            <w:r/>
            <w:r>
              <w:rPr>
                <w:sz w:val="17"/>
              </w:rPr>
            </w:r>
          </w:p>
        </w:tc>
      </w:tr>
      <w:tr>
        <w:tc>
          <w:tcPr>
            <w:tcW w:type="dxa" w:w="2608"/>
          </w:tcPr>
          <w:p>
            <w:pPr>
              <w:spacing w:after="20"/>
            </w:pPr>
            <w:r/>
            <w:r>
              <w:rPr>
                <w:sz w:val="17"/>
              </w:rPr>
            </w:r>
          </w:p>
        </w:tc>
        <w:tc>
          <w:tcPr>
            <w:tcW w:type="dxa" w:w="181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531"/>
          </w:tcPr>
          <w:p>
            <w:pPr>
              <w:spacing w:after="20"/>
            </w:pPr>
            <w:r/>
            <w:r>
              <w:rPr>
                <w:sz w:val="17"/>
              </w:rPr>
            </w:r>
          </w:p>
        </w:tc>
      </w:tr>
      <w:tr>
        <w:tc>
          <w:tcPr>
            <w:tcW w:type="dxa" w:w="2608"/>
          </w:tcPr>
          <w:p>
            <w:pPr>
              <w:spacing w:after="20"/>
            </w:pPr>
            <w:r/>
            <w:r>
              <w:rPr>
                <w:sz w:val="17"/>
              </w:rPr>
            </w:r>
          </w:p>
        </w:tc>
        <w:tc>
          <w:tcPr>
            <w:tcW w:type="dxa" w:w="181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531"/>
          </w:tcPr>
          <w:p>
            <w:pPr>
              <w:spacing w:after="20"/>
            </w:pPr>
            <w:r/>
            <w:r>
              <w:rPr>
                <w:sz w:val="17"/>
              </w:rPr>
            </w:r>
          </w:p>
        </w:tc>
      </w:tr>
      <w:tr>
        <w:tc>
          <w:tcPr>
            <w:tcW w:type="dxa" w:w="2608"/>
          </w:tcPr>
          <w:p>
            <w:pPr>
              <w:spacing w:after="20"/>
            </w:pPr>
            <w:r/>
            <w:r>
              <w:rPr>
                <w:sz w:val="17"/>
              </w:rPr>
            </w:r>
          </w:p>
        </w:tc>
        <w:tc>
          <w:tcPr>
            <w:tcW w:type="dxa" w:w="181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474"/>
          </w:tcPr>
          <w:p>
            <w:pPr>
              <w:spacing w:after="20"/>
            </w:pPr>
            <w:r/>
            <w:r>
              <w:rPr>
                <w:sz w:val="17"/>
              </w:rPr>
            </w:r>
          </w:p>
        </w:tc>
        <w:tc>
          <w:tcPr>
            <w:tcW w:type="dxa" w:w="1531"/>
          </w:tcPr>
          <w:p>
            <w:pPr>
              <w:spacing w:after="20"/>
            </w:pPr>
            <w:r/>
            <w:r>
              <w:rPr>
                <w:sz w:val="17"/>
              </w:rPr>
            </w:r>
          </w:p>
        </w:tc>
      </w:tr>
    </w:tbl>
    <w:p/>
    <w:sectPr w:rsidR="00FC693F" w:rsidRPr="0006063C" w:rsidSect="00034616">
      <w:headerReference w:type="default" r:id="rId9"/>
      <w:footerReference w:type="default" r:id="rId10"/>
      <w:pgSz w:w="16838" w:h="11906" w:orient="landscape"/>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Free editable template from unibuild.co.uk/downloads/toolbox-talk-register/. A starting point, not legal advice. One row per talk given; the signed sheets sit behind it.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Toolbox talk register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175</Words>
  <Characters>790</Characters>
  <Application>Microsoft Macintosh Word</Application>
  <DocSecurity>0</DocSecurity>
  <Paragraphs>39</Paragraphs>
  <ScaleCrop>false</ScaleCrop>
  <HeadingPairs>
    <vt:vector size="2" baseType="variant">
      <vt:variant>
        <vt:lpstr>Title</vt:lpstr>
      </vt:variant>
      <vt:variant>
        <vt:i4>1</vt:i4>
      </vt:variant>
    </vt:vector>
  </HeadingPairs>
  <TitlesOfParts>
    <vt:vector size="1" baseType="lpstr">
      <vt:lpstr>Toolbox talk register template</vt:lpstr>
    </vt:vector>
  </TitlesOfParts>
  <Manager/>
  <Company>Unibuild Technologies Limited</Company>
  <LinksUpToDate>false</LinksUpToDate>
  <CharactersWithSpaces>926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Toolbox talk register template, free editable Word document | Unibuild</dc:title>
  <dc:subject>One row per talk given on the site, with the date, topic, who gave it, how many attended and the sheet reference, plus a planner for the year and a page of who has had which talk.</dc:subject>
  <dc:creator>Unibuild</dc:creator>
  <cp:keywords>toolbox talk register, Toolbox talk register template Word, Word template, toolbox talk register template, toolbox talk log, toolbox talk record sheet, toolbox talk planner, toolbox talk schedule, safety briefing register, editable Word document, UK, docx</cp:keywords>
  <dc:description>A free editable toolbox talk register: one row per talk given on a site, with the date, topic, who gave it, how many attended, the attendance sheet reference, questions raised, actions and whether they were closed, plus a planner of topics for the coming months and a list of who has had which talk. This is the Word version, to edit in Microsoft Word or any program that opens .docx files. Free to download, use and reuse, from Unibuild (unibuild.co.uk). Page: https://unibuild.co.uk/downloads/toolbox-talk-register/</dc:description>
  <cp:lastModifiedBy>Unibuild</cp:lastModifiedBy>
  <cp:revision>1</cp:revision>
  <dcterms:created xsi:type="dcterms:W3CDTF">2026-10-07T00:00:00Z</dcterms:created>
  <dcterms:modified xsi:type="dcterms:W3CDTF">2026-10-07T08:02:03Z</dcterms:modified>
  <cp:category>Register</cp:category>
  <dc:language>en-GB</dc:language>
  <dc:identifier>https://unibuild.co.uk/assets/downloads/toolbox-talk-register.docx</dc:identifier>
</cp:coreProperties>
</file>