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14214D"/>
          <w:sz w:val="16"/>
        </w:rPr>
        <w:t>ONE PERSON’S INDUCTION</w:t>
      </w:r>
    </w:p>
    <w:p>
      <w:pPr>
        <w:pStyle w:val="Heading1"/>
      </w:pPr>
      <w:r>
        <w:t>Site induction form</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8"/>
              </w:rPr>
              <w:t>Field</w:t>
            </w:r>
          </w:p>
        </w:tc>
        <w:tc>
          <w:tcPr>
            <w:tcW w:type="dxa" w:w="6690"/>
            <w:shd w:val="clear" w:color="auto" w:fill="E8EAF1"/>
          </w:tcPr>
          <w:p>
            <w:r/>
            <w:r>
              <w:rPr>
                <w:b/>
                <w:sz w:val="18"/>
              </w:rPr>
              <w:t>Entry</w:t>
            </w:r>
          </w:p>
        </w:tc>
      </w:tr>
      <w:tr>
        <w:tc>
          <w:tcPr>
            <w:tcW w:type="dxa" w:w="3402"/>
          </w:tcPr>
          <w:p>
            <w:pPr>
              <w:spacing w:after="20"/>
            </w:pPr>
            <w:r/>
            <w:r>
              <w:rPr>
                <w:sz w:val="18"/>
              </w:rPr>
              <w:t>Induction date</w:t>
            </w:r>
          </w:p>
        </w:tc>
        <w:tc>
          <w:tcPr>
            <w:tcW w:type="dxa" w:w="6690"/>
          </w:tcPr>
          <w:p>
            <w:pPr>
              <w:spacing w:after="20"/>
            </w:pPr>
            <w:r/>
            <w:r>
              <w:rPr>
                <w:sz w:val="18"/>
              </w:rPr>
            </w:r>
          </w:p>
        </w:tc>
      </w:tr>
      <w:tr>
        <w:tc>
          <w:tcPr>
            <w:tcW w:type="dxa" w:w="3402"/>
          </w:tcPr>
          <w:p>
            <w:pPr>
              <w:spacing w:after="20"/>
            </w:pPr>
            <w:r/>
            <w:r>
              <w:rPr>
                <w:sz w:val="18"/>
              </w:rPr>
              <w:t>Site or project</w:t>
            </w:r>
          </w:p>
        </w:tc>
        <w:tc>
          <w:tcPr>
            <w:tcW w:type="dxa" w:w="6690"/>
          </w:tcPr>
          <w:p>
            <w:pPr>
              <w:spacing w:after="20"/>
            </w:pPr>
            <w:r/>
            <w:r>
              <w:rPr>
                <w:sz w:val="18"/>
              </w:rPr>
            </w:r>
          </w:p>
        </w:tc>
      </w:tr>
      <w:tr>
        <w:tc>
          <w:tcPr>
            <w:tcW w:type="dxa" w:w="3402"/>
          </w:tcPr>
          <w:p>
            <w:pPr>
              <w:spacing w:after="20"/>
            </w:pPr>
            <w:r/>
            <w:r>
              <w:rPr>
                <w:sz w:val="18"/>
              </w:rPr>
              <w:t>Principal contractor</w:t>
            </w:r>
          </w:p>
        </w:tc>
        <w:tc>
          <w:tcPr>
            <w:tcW w:type="dxa" w:w="6690"/>
          </w:tcPr>
          <w:p>
            <w:pPr>
              <w:spacing w:after="20"/>
            </w:pPr>
            <w:r/>
            <w:r>
              <w:rPr>
                <w:sz w:val="18"/>
              </w:rPr>
            </w:r>
          </w:p>
        </w:tc>
      </w:tr>
      <w:tr>
        <w:tc>
          <w:tcPr>
            <w:tcW w:type="dxa" w:w="3402"/>
          </w:tcPr>
          <w:p>
            <w:pPr>
              <w:spacing w:after="20"/>
            </w:pPr>
            <w:r/>
            <w:r>
              <w:rPr>
                <w:sz w:val="18"/>
              </w:rPr>
              <w:t>Site manager</w:t>
            </w:r>
          </w:p>
        </w:tc>
        <w:tc>
          <w:tcPr>
            <w:tcW w:type="dxa" w:w="6690"/>
          </w:tcPr>
          <w:p>
            <w:pPr>
              <w:spacing w:after="20"/>
            </w:pPr>
            <w:r/>
            <w:r>
              <w:rPr>
                <w:sz w:val="18"/>
              </w:rPr>
            </w:r>
          </w:p>
        </w:tc>
      </w:tr>
      <w:tr>
        <w:tc>
          <w:tcPr>
            <w:tcW w:type="dxa" w:w="3402"/>
          </w:tcPr>
          <w:p>
            <w:pPr>
              <w:spacing w:after="20"/>
            </w:pPr>
            <w:r/>
            <w:r>
              <w:rPr>
                <w:sz w:val="18"/>
              </w:rPr>
              <w:t>Given by</w:t>
            </w:r>
          </w:p>
        </w:tc>
        <w:tc>
          <w:tcPr>
            <w:tcW w:type="dxa" w:w="6690"/>
          </w:tcPr>
          <w:p>
            <w:pPr>
              <w:spacing w:after="20"/>
            </w:pPr>
            <w:r/>
            <w:r>
              <w:rPr>
                <w:sz w:val="18"/>
              </w:rPr>
            </w:r>
          </w:p>
        </w:tc>
      </w:tr>
      <w:tr>
        <w:tc>
          <w:tcPr>
            <w:tcW w:type="dxa" w:w="3402"/>
          </w:tcPr>
          <w:p>
            <w:pPr>
              <w:spacing w:after="20"/>
            </w:pPr>
            <w:r/>
            <w:r>
              <w:rPr>
                <w:sz w:val="18"/>
              </w:rPr>
              <w:t>Full name</w:t>
            </w:r>
          </w:p>
        </w:tc>
        <w:tc>
          <w:tcPr>
            <w:tcW w:type="dxa" w:w="6690"/>
          </w:tcPr>
          <w:p>
            <w:pPr>
              <w:spacing w:after="20"/>
            </w:pPr>
            <w:r/>
            <w:r>
              <w:rPr>
                <w:sz w:val="18"/>
              </w:rPr>
            </w:r>
          </w:p>
        </w:tc>
      </w:tr>
      <w:tr>
        <w:tc>
          <w:tcPr>
            <w:tcW w:type="dxa" w:w="3402"/>
          </w:tcPr>
          <w:p>
            <w:pPr>
              <w:spacing w:after="20"/>
            </w:pPr>
            <w:r/>
            <w:r>
              <w:rPr>
                <w:sz w:val="18"/>
              </w:rPr>
              <w:t>Employer</w:t>
            </w:r>
          </w:p>
        </w:tc>
        <w:tc>
          <w:tcPr>
            <w:tcW w:type="dxa" w:w="6690"/>
          </w:tcPr>
          <w:p>
            <w:pPr>
              <w:spacing w:after="20"/>
            </w:pPr>
            <w:r/>
            <w:r>
              <w:rPr>
                <w:sz w:val="18"/>
              </w:rPr>
            </w:r>
          </w:p>
        </w:tc>
      </w:tr>
      <w:tr>
        <w:tc>
          <w:tcPr>
            <w:tcW w:type="dxa" w:w="3402"/>
          </w:tcPr>
          <w:p>
            <w:pPr>
              <w:spacing w:after="20"/>
            </w:pPr>
            <w:r/>
            <w:r>
              <w:rPr>
                <w:sz w:val="18"/>
              </w:rPr>
              <w:t>Trade or role</w:t>
            </w:r>
          </w:p>
        </w:tc>
        <w:tc>
          <w:tcPr>
            <w:tcW w:type="dxa" w:w="6690"/>
          </w:tcPr>
          <w:p>
            <w:pPr>
              <w:spacing w:after="20"/>
            </w:pPr>
            <w:r/>
            <w:r>
              <w:rPr>
                <w:sz w:val="18"/>
              </w:rPr>
            </w:r>
          </w:p>
        </w:tc>
      </w:tr>
      <w:tr>
        <w:tc>
          <w:tcPr>
            <w:tcW w:type="dxa" w:w="3402"/>
          </w:tcPr>
          <w:p>
            <w:pPr>
              <w:spacing w:after="20"/>
            </w:pPr>
            <w:r/>
            <w:r>
              <w:rPr>
                <w:sz w:val="18"/>
              </w:rPr>
              <w:t>Card: CSCS, CPCS, ECS or other</w:t>
            </w:r>
          </w:p>
        </w:tc>
        <w:tc>
          <w:tcPr>
            <w:tcW w:type="dxa" w:w="6690"/>
          </w:tcPr>
          <w:p>
            <w:pPr>
              <w:spacing w:after="20"/>
            </w:pPr>
            <w:r/>
            <w:r>
              <w:rPr>
                <w:sz w:val="18"/>
              </w:rPr>
            </w:r>
          </w:p>
        </w:tc>
      </w:tr>
      <w:tr>
        <w:tc>
          <w:tcPr>
            <w:tcW w:type="dxa" w:w="3402"/>
          </w:tcPr>
          <w:p>
            <w:pPr>
              <w:spacing w:after="20"/>
            </w:pPr>
            <w:r/>
            <w:r>
              <w:rPr>
                <w:sz w:val="18"/>
              </w:rPr>
              <w:t>Card number</w:t>
            </w:r>
          </w:p>
        </w:tc>
        <w:tc>
          <w:tcPr>
            <w:tcW w:type="dxa" w:w="6690"/>
          </w:tcPr>
          <w:p>
            <w:pPr>
              <w:spacing w:after="20"/>
            </w:pPr>
            <w:r/>
            <w:r>
              <w:rPr>
                <w:sz w:val="18"/>
              </w:rPr>
            </w:r>
          </w:p>
        </w:tc>
      </w:tr>
      <w:tr>
        <w:tc>
          <w:tcPr>
            <w:tcW w:type="dxa" w:w="3402"/>
          </w:tcPr>
          <w:p>
            <w:pPr>
              <w:spacing w:after="20"/>
            </w:pPr>
            <w:r/>
            <w:r>
              <w:rPr>
                <w:sz w:val="18"/>
              </w:rPr>
              <w:t>Expires</w:t>
            </w:r>
          </w:p>
        </w:tc>
        <w:tc>
          <w:tcPr>
            <w:tcW w:type="dxa" w:w="6690"/>
          </w:tcPr>
          <w:p>
            <w:pPr>
              <w:spacing w:after="20"/>
            </w:pPr>
            <w:r/>
            <w:r>
              <w:rPr>
                <w:sz w:val="18"/>
              </w:rPr>
            </w:r>
          </w:p>
        </w:tc>
      </w:tr>
      <w:tr>
        <w:tc>
          <w:tcPr>
            <w:tcW w:type="dxa" w:w="3402"/>
          </w:tcPr>
          <w:p>
            <w:pPr>
              <w:spacing w:after="20"/>
            </w:pPr>
            <w:r/>
            <w:r>
              <w:rPr>
                <w:sz w:val="18"/>
              </w:rPr>
              <w:t>Emergency contact and phone</w:t>
            </w:r>
          </w:p>
        </w:tc>
        <w:tc>
          <w:tcPr>
            <w:tcW w:type="dxa" w:w="6690"/>
          </w:tcPr>
          <w:p>
            <w:pPr>
              <w:spacing w:after="20"/>
            </w:pPr>
            <w:r/>
            <w:r>
              <w:rPr>
                <w:sz w:val="18"/>
              </w:rPr>
            </w:r>
          </w:p>
        </w:tc>
      </w:tr>
      <w:tr>
        <w:tc>
          <w:tcPr>
            <w:tcW w:type="dxa" w:w="3402"/>
          </w:tcPr>
          <w:p>
            <w:pPr>
              <w:spacing w:after="20"/>
            </w:pPr>
            <w:r/>
            <w:r>
              <w:rPr>
                <w:sz w:val="18"/>
              </w:rPr>
              <w:t>First language, if not English</w:t>
            </w:r>
          </w:p>
        </w:tc>
        <w:tc>
          <w:tcPr>
            <w:tcW w:type="dxa" w:w="6690"/>
          </w:tcPr>
          <w:p>
            <w:pPr>
              <w:spacing w:after="20"/>
            </w:pPr>
            <w:r/>
            <w:r>
              <w:rPr>
                <w:sz w:val="18"/>
              </w:rPr>
            </w:r>
          </w:p>
        </w:tc>
      </w:tr>
    </w:tbl>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8504"/>
            <w:shd w:val="clear" w:color="auto" w:fill="E8EAF1"/>
          </w:tcPr>
          <w:p>
            <w:r/>
            <w:r>
              <w:rPr>
                <w:b/>
                <w:sz w:val="18"/>
              </w:rPr>
              <w:t>Check</w:t>
            </w:r>
          </w:p>
        </w:tc>
        <w:tc>
          <w:tcPr>
            <w:tcW w:type="dxa" w:w="1587"/>
            <w:shd w:val="clear" w:color="auto" w:fill="E8EAF1"/>
          </w:tcPr>
          <w:p>
            <w:r/>
            <w:r>
              <w:rPr>
                <w:b/>
                <w:sz w:val="18"/>
              </w:rPr>
              <w:t>Covered</w:t>
            </w:r>
          </w:p>
        </w:tc>
      </w:tr>
      <w:tr>
        <w:tc>
          <w:tcPr>
            <w:tcW w:type="dxa" w:w="8504"/>
          </w:tcPr>
          <w:p>
            <w:pPr>
              <w:spacing w:after="20"/>
            </w:pPr>
            <w:r/>
            <w:r>
              <w:rPr>
                <w:sz w:val="18"/>
              </w:rPr>
              <w:t>Site rules and working hours</w:t>
            </w:r>
          </w:p>
        </w:tc>
        <w:tc>
          <w:tcPr>
            <w:tcW w:type="dxa" w:w="1587"/>
          </w:tcPr>
          <w:p>
            <w:pPr>
              <w:spacing w:after="20"/>
            </w:pPr>
            <w:r/>
            <w:r>
              <w:rPr>
                <w:sz w:val="18"/>
              </w:rPr>
            </w:r>
          </w:p>
        </w:tc>
      </w:tr>
      <w:tr>
        <w:tc>
          <w:tcPr>
            <w:tcW w:type="dxa" w:w="8504"/>
          </w:tcPr>
          <w:p>
            <w:pPr>
              <w:spacing w:after="20"/>
            </w:pPr>
            <w:r/>
            <w:r>
              <w:rPr>
                <w:sz w:val="18"/>
              </w:rPr>
              <w:t>Signing in and out</w:t>
            </w:r>
          </w:p>
        </w:tc>
        <w:tc>
          <w:tcPr>
            <w:tcW w:type="dxa" w:w="1587"/>
          </w:tcPr>
          <w:p>
            <w:pPr>
              <w:spacing w:after="20"/>
            </w:pPr>
            <w:r/>
            <w:r>
              <w:rPr>
                <w:sz w:val="18"/>
              </w:rPr>
            </w:r>
          </w:p>
        </w:tc>
      </w:tr>
      <w:tr>
        <w:tc>
          <w:tcPr>
            <w:tcW w:type="dxa" w:w="8504"/>
          </w:tcPr>
          <w:p>
            <w:pPr>
              <w:spacing w:after="20"/>
            </w:pPr>
            <w:r/>
            <w:r>
              <w:rPr>
                <w:sz w:val="18"/>
              </w:rPr>
              <w:t>Emergency procedures and assembly point</w:t>
            </w:r>
          </w:p>
        </w:tc>
        <w:tc>
          <w:tcPr>
            <w:tcW w:type="dxa" w:w="1587"/>
          </w:tcPr>
          <w:p>
            <w:pPr>
              <w:spacing w:after="20"/>
            </w:pPr>
            <w:r/>
            <w:r>
              <w:rPr>
                <w:sz w:val="18"/>
              </w:rPr>
            </w:r>
          </w:p>
        </w:tc>
      </w:tr>
      <w:tr>
        <w:tc>
          <w:tcPr>
            <w:tcW w:type="dxa" w:w="8504"/>
          </w:tcPr>
          <w:p>
            <w:pPr>
              <w:spacing w:after="20"/>
            </w:pPr>
            <w:r/>
            <w:r>
              <w:rPr>
                <w:sz w:val="18"/>
              </w:rPr>
              <w:t>Fire points and alarms</w:t>
            </w:r>
          </w:p>
        </w:tc>
        <w:tc>
          <w:tcPr>
            <w:tcW w:type="dxa" w:w="1587"/>
          </w:tcPr>
          <w:p>
            <w:pPr>
              <w:spacing w:after="20"/>
            </w:pPr>
            <w:r/>
            <w:r>
              <w:rPr>
                <w:sz w:val="18"/>
              </w:rPr>
            </w:r>
          </w:p>
        </w:tc>
      </w:tr>
      <w:tr>
        <w:tc>
          <w:tcPr>
            <w:tcW w:type="dxa" w:w="8504"/>
          </w:tcPr>
          <w:p>
            <w:pPr>
              <w:spacing w:after="20"/>
            </w:pPr>
            <w:r/>
            <w:r>
              <w:rPr>
                <w:sz w:val="18"/>
              </w:rPr>
              <w:t>First aiders and first aid kit</w:t>
            </w:r>
          </w:p>
        </w:tc>
        <w:tc>
          <w:tcPr>
            <w:tcW w:type="dxa" w:w="1587"/>
          </w:tcPr>
          <w:p>
            <w:pPr>
              <w:spacing w:after="20"/>
            </w:pPr>
            <w:r/>
            <w:r>
              <w:rPr>
                <w:sz w:val="18"/>
              </w:rPr>
            </w:r>
          </w:p>
        </w:tc>
      </w:tr>
      <w:tr>
        <w:tc>
          <w:tcPr>
            <w:tcW w:type="dxa" w:w="8504"/>
          </w:tcPr>
          <w:p>
            <w:pPr>
              <w:spacing w:after="20"/>
            </w:pPr>
            <w:r/>
            <w:r>
              <w:rPr>
                <w:sz w:val="18"/>
              </w:rPr>
              <w:t>Welfare: toilets, washing, drying, eating</w:t>
            </w:r>
          </w:p>
        </w:tc>
        <w:tc>
          <w:tcPr>
            <w:tcW w:type="dxa" w:w="1587"/>
          </w:tcPr>
          <w:p>
            <w:pPr>
              <w:spacing w:after="20"/>
            </w:pPr>
            <w:r/>
            <w:r>
              <w:rPr>
                <w:sz w:val="18"/>
              </w:rPr>
            </w:r>
          </w:p>
        </w:tc>
      </w:tr>
      <w:tr>
        <w:tc>
          <w:tcPr>
            <w:tcW w:type="dxa" w:w="8504"/>
          </w:tcPr>
          <w:p>
            <w:pPr>
              <w:spacing w:after="20"/>
            </w:pPr>
            <w:r/>
            <w:r>
              <w:rPr>
                <w:sz w:val="18"/>
              </w:rPr>
              <w:t>Traffic routes and pedestrian routes</w:t>
            </w:r>
          </w:p>
        </w:tc>
        <w:tc>
          <w:tcPr>
            <w:tcW w:type="dxa" w:w="1587"/>
          </w:tcPr>
          <w:p>
            <w:pPr>
              <w:spacing w:after="20"/>
            </w:pPr>
            <w:r/>
            <w:r>
              <w:rPr>
                <w:sz w:val="18"/>
              </w:rPr>
            </w:r>
          </w:p>
        </w:tc>
      </w:tr>
      <w:tr>
        <w:tc>
          <w:tcPr>
            <w:tcW w:type="dxa" w:w="8504"/>
          </w:tcPr>
          <w:p>
            <w:pPr>
              <w:spacing w:after="20"/>
            </w:pPr>
            <w:r/>
            <w:r>
              <w:rPr>
                <w:sz w:val="18"/>
              </w:rPr>
              <w:t>Restricted and permit areas</w:t>
            </w:r>
          </w:p>
        </w:tc>
        <w:tc>
          <w:tcPr>
            <w:tcW w:type="dxa" w:w="1587"/>
          </w:tcPr>
          <w:p>
            <w:pPr>
              <w:spacing w:after="20"/>
            </w:pPr>
            <w:r/>
            <w:r>
              <w:rPr>
                <w:sz w:val="18"/>
              </w:rPr>
            </w:r>
          </w:p>
        </w:tc>
      </w:tr>
      <w:tr>
        <w:tc>
          <w:tcPr>
            <w:tcW w:type="dxa" w:w="8504"/>
          </w:tcPr>
          <w:p>
            <w:pPr>
              <w:spacing w:after="20"/>
            </w:pPr>
            <w:r/>
            <w:r>
              <w:rPr>
                <w:sz w:val="18"/>
              </w:rPr>
              <w:t>The hazards on this site</w:t>
            </w:r>
          </w:p>
        </w:tc>
        <w:tc>
          <w:tcPr>
            <w:tcW w:type="dxa" w:w="1587"/>
          </w:tcPr>
          <w:p>
            <w:pPr>
              <w:spacing w:after="20"/>
            </w:pPr>
            <w:r/>
            <w:r>
              <w:rPr>
                <w:sz w:val="18"/>
              </w:rPr>
            </w:r>
          </w:p>
        </w:tc>
      </w:tr>
      <w:tr>
        <w:tc>
          <w:tcPr>
            <w:tcW w:type="dxa" w:w="8504"/>
          </w:tcPr>
          <w:p>
            <w:pPr>
              <w:spacing w:after="20"/>
            </w:pPr>
            <w:r/>
            <w:r>
              <w:rPr>
                <w:sz w:val="18"/>
              </w:rPr>
              <w:t>Asbestos information for the building</w:t>
            </w:r>
          </w:p>
        </w:tc>
        <w:tc>
          <w:tcPr>
            <w:tcW w:type="dxa" w:w="1587"/>
          </w:tcPr>
          <w:p>
            <w:pPr>
              <w:spacing w:after="20"/>
            </w:pPr>
            <w:r/>
            <w:r>
              <w:rPr>
                <w:sz w:val="18"/>
              </w:rPr>
            </w:r>
          </w:p>
        </w:tc>
      </w:tr>
      <w:tr>
        <w:tc>
          <w:tcPr>
            <w:tcW w:type="dxa" w:w="8504"/>
          </w:tcPr>
          <w:p>
            <w:pPr>
              <w:spacing w:after="20"/>
            </w:pPr>
            <w:r/>
            <w:r>
              <w:rPr>
                <w:sz w:val="18"/>
              </w:rPr>
              <w:t>RAMS for their work, briefed</w:t>
            </w:r>
          </w:p>
        </w:tc>
        <w:tc>
          <w:tcPr>
            <w:tcW w:type="dxa" w:w="1587"/>
          </w:tcPr>
          <w:p>
            <w:pPr>
              <w:spacing w:after="20"/>
            </w:pPr>
            <w:r/>
            <w:r>
              <w:rPr>
                <w:sz w:val="18"/>
              </w:rPr>
            </w:r>
          </w:p>
        </w:tc>
      </w:tr>
      <w:tr>
        <w:tc>
          <w:tcPr>
            <w:tcW w:type="dxa" w:w="8504"/>
          </w:tcPr>
          <w:p>
            <w:pPr>
              <w:spacing w:after="20"/>
            </w:pPr>
            <w:r/>
            <w:r>
              <w:rPr>
                <w:sz w:val="18"/>
              </w:rPr>
              <w:t>PPE required on this site</w:t>
            </w:r>
          </w:p>
        </w:tc>
        <w:tc>
          <w:tcPr>
            <w:tcW w:type="dxa" w:w="1587"/>
          </w:tcPr>
          <w:p>
            <w:pPr>
              <w:spacing w:after="20"/>
            </w:pPr>
            <w:r/>
            <w:r>
              <w:rPr>
                <w:sz w:val="18"/>
              </w:rPr>
            </w:r>
          </w:p>
        </w:tc>
      </w:tr>
      <w:tr>
        <w:tc>
          <w:tcPr>
            <w:tcW w:type="dxa" w:w="8504"/>
          </w:tcPr>
          <w:p>
            <w:pPr>
              <w:spacing w:after="20"/>
            </w:pPr>
            <w:r/>
            <w:r>
              <w:rPr>
                <w:sz w:val="18"/>
              </w:rPr>
              <w:t>Permits to work in use</w:t>
            </w:r>
          </w:p>
        </w:tc>
        <w:tc>
          <w:tcPr>
            <w:tcW w:type="dxa" w:w="1587"/>
          </w:tcPr>
          <w:p>
            <w:pPr>
              <w:spacing w:after="20"/>
            </w:pPr>
            <w:r/>
            <w:r>
              <w:rPr>
                <w:sz w:val="18"/>
              </w:rPr>
            </w:r>
          </w:p>
        </w:tc>
      </w:tr>
      <w:tr>
        <w:tc>
          <w:tcPr>
            <w:tcW w:type="dxa" w:w="8504"/>
          </w:tcPr>
          <w:p>
            <w:pPr>
              <w:spacing w:after="20"/>
            </w:pPr>
            <w:r/>
            <w:r>
              <w:rPr>
                <w:sz w:val="18"/>
              </w:rPr>
              <w:t>Reporting accidents and near misses</w:t>
            </w:r>
          </w:p>
        </w:tc>
        <w:tc>
          <w:tcPr>
            <w:tcW w:type="dxa" w:w="1587"/>
          </w:tcPr>
          <w:p>
            <w:pPr>
              <w:spacing w:after="20"/>
            </w:pPr>
            <w:r/>
            <w:r>
              <w:rPr>
                <w:sz w:val="18"/>
              </w:rPr>
            </w:r>
          </w:p>
        </w:tc>
      </w:tr>
      <w:tr>
        <w:tc>
          <w:tcPr>
            <w:tcW w:type="dxa" w:w="8504"/>
          </w:tcPr>
          <w:p>
            <w:pPr>
              <w:spacing w:after="20"/>
            </w:pPr>
            <w:r/>
            <w:r>
              <w:rPr>
                <w:sz w:val="18"/>
              </w:rPr>
              <w:t>Stop work if unsafe</w:t>
            </w:r>
          </w:p>
        </w:tc>
        <w:tc>
          <w:tcPr>
            <w:tcW w:type="dxa" w:w="1587"/>
          </w:tcPr>
          <w:p>
            <w:pPr>
              <w:spacing w:after="20"/>
            </w:pPr>
            <w:r/>
            <w:r>
              <w:rPr>
                <w:sz w:val="18"/>
              </w:rPr>
            </w:r>
          </w:p>
        </w:tc>
      </w:tr>
      <w:tr>
        <w:tc>
          <w:tcPr>
            <w:tcW w:type="dxa" w:w="8504"/>
          </w:tcPr>
          <w:p>
            <w:pPr>
              <w:spacing w:after="20"/>
            </w:pPr>
            <w:r/>
            <w:r>
              <w:rPr>
                <w:sz w:val="18"/>
              </w:rPr>
              <w:t>Housekeeping and waste</w:t>
            </w:r>
          </w:p>
        </w:tc>
        <w:tc>
          <w:tcPr>
            <w:tcW w:type="dxa" w:w="1587"/>
          </w:tcPr>
          <w:p>
            <w:pPr>
              <w:spacing w:after="20"/>
            </w:pPr>
            <w:r/>
            <w:r>
              <w:rPr>
                <w:sz w:val="18"/>
              </w:rPr>
            </w:r>
          </w:p>
        </w:tc>
      </w:tr>
      <w:tr>
        <w:tc>
          <w:tcPr>
            <w:tcW w:type="dxa" w:w="8504"/>
          </w:tcPr>
          <w:p>
            <w:pPr>
              <w:spacing w:after="20"/>
            </w:pPr>
            <w:r/>
            <w:r>
              <w:rPr>
                <w:sz w:val="18"/>
              </w:rPr>
              <w:t>Toolbox talks and briefings</w:t>
            </w:r>
          </w:p>
        </w:tc>
        <w:tc>
          <w:tcPr>
            <w:tcW w:type="dxa" w:w="1587"/>
          </w:tcPr>
          <w:p>
            <w:pPr>
              <w:spacing w:after="20"/>
            </w:pPr>
            <w:r/>
            <w:r>
              <w:rPr>
                <w:sz w:val="18"/>
              </w:rPr>
            </w:r>
          </w:p>
        </w:tc>
      </w:tr>
      <w:tr>
        <w:tc>
          <w:tcPr>
            <w:tcW w:type="dxa" w:w="8504"/>
          </w:tcPr>
          <w:p>
            <w:pPr>
              <w:spacing w:after="20"/>
            </w:pPr>
            <w:r/>
            <w:r>
              <w:rPr>
                <w:sz w:val="18"/>
              </w:rPr>
              <w:t>Who to ask</w:t>
            </w:r>
          </w:p>
        </w:tc>
        <w:tc>
          <w:tcPr>
            <w:tcW w:type="dxa" w:w="1587"/>
          </w:tcPr>
          <w:p>
            <w:pPr>
              <w:spacing w:after="20"/>
            </w:pPr>
            <w:r/>
            <w:r>
              <w:rPr>
                <w:sz w:val="18"/>
              </w:rPr>
            </w:r>
          </w:p>
        </w:tc>
      </w:tr>
    </w:tbl>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8"/>
              </w:rPr>
              <w:t>Field</w:t>
            </w:r>
          </w:p>
        </w:tc>
        <w:tc>
          <w:tcPr>
            <w:tcW w:type="dxa" w:w="6690"/>
            <w:shd w:val="clear" w:color="auto" w:fill="E8EAF1"/>
          </w:tcPr>
          <w:p>
            <w:r/>
            <w:r>
              <w:rPr>
                <w:b/>
                <w:sz w:val="18"/>
              </w:rPr>
              <w:t>Entry</w:t>
            </w:r>
          </w:p>
        </w:tc>
      </w:tr>
      <w:tr>
        <w:tc>
          <w:tcPr>
            <w:tcW w:type="dxa" w:w="3402"/>
          </w:tcPr>
          <w:p>
            <w:pPr>
              <w:spacing w:after="20"/>
            </w:pPr>
            <w:r/>
            <w:r>
              <w:rPr>
                <w:sz w:val="18"/>
              </w:rPr>
              <w:t>Anything else</w:t>
            </w:r>
          </w:p>
        </w:tc>
        <w:tc>
          <w:tcPr>
            <w:tcW w:type="dxa" w:w="6690"/>
          </w:tcPr>
          <w:p>
            <w:pPr>
              <w:spacing w:after="20"/>
            </w:pPr>
            <w:r/>
            <w:r>
              <w:rPr>
                <w:sz w:val="18"/>
              </w:rPr>
            </w:r>
          </w:p>
        </w:tc>
      </w:tr>
      <w:tr>
        <w:tc>
          <w:tcPr>
            <w:tcW w:type="dxa" w:w="3402"/>
          </w:tcPr>
          <w:p>
            <w:pPr>
              <w:spacing w:after="20"/>
            </w:pPr>
            <w:r/>
            <w:r>
              <w:rPr>
                <w:sz w:val="18"/>
              </w:rPr>
              <w:t>Declaration: I have received this induction, understood it, and will follow the site rules and my RAMS. Signed</w:t>
            </w:r>
          </w:p>
        </w:tc>
        <w:tc>
          <w:tcPr>
            <w:tcW w:type="dxa" w:w="6690"/>
          </w:tcPr>
          <w:p>
            <w:pPr>
              <w:spacing w:after="20"/>
            </w:pPr>
            <w:r/>
            <w:r>
              <w:rPr>
                <w:sz w:val="18"/>
              </w:rPr>
            </w:r>
          </w:p>
        </w:tc>
      </w:tr>
      <w:tr>
        <w:tc>
          <w:tcPr>
            <w:tcW w:type="dxa" w:w="3402"/>
          </w:tcPr>
          <w:p>
            <w:pPr>
              <w:spacing w:after="20"/>
            </w:pPr>
            <w:r/>
            <w:r>
              <w:rPr>
                <w:sz w:val="18"/>
              </w:rPr>
              <w:t>Date</w:t>
            </w:r>
          </w:p>
        </w:tc>
        <w:tc>
          <w:tcPr>
            <w:tcW w:type="dxa" w:w="6690"/>
          </w:tcPr>
          <w:p>
            <w:pPr>
              <w:spacing w:after="20"/>
            </w:pPr>
            <w:r/>
            <w:r>
              <w:rPr>
                <w:sz w:val="18"/>
              </w:rPr>
            </w:r>
          </w:p>
        </w:tc>
      </w:tr>
      <w:tr>
        <w:tc>
          <w:tcPr>
            <w:tcW w:type="dxa" w:w="3402"/>
          </w:tcPr>
          <w:p>
            <w:pPr>
              <w:spacing w:after="20"/>
            </w:pPr>
            <w:r/>
            <w:r>
              <w:rPr>
                <w:sz w:val="18"/>
              </w:rPr>
              <w:t>Given by, and signature</w:t>
            </w:r>
          </w:p>
        </w:tc>
        <w:tc>
          <w:tcPr>
            <w:tcW w:type="dxa" w:w="6690"/>
          </w:tcPr>
          <w:p>
            <w:pPr>
              <w:spacing w:after="20"/>
            </w:pPr>
            <w:r/>
            <w:r>
              <w:rPr>
                <w:sz w:val="18"/>
              </w:rPr>
            </w:r>
          </w:p>
        </w:tc>
      </w:tr>
    </w:tbl>
    <w:p/>
    <w:p>
      <w:r>
        <w:br w:type="page"/>
      </w:r>
    </w:p>
    <w:p>
      <w:pPr>
        <w:spacing w:after="0"/>
      </w:pPr>
      <w:r>
        <w:rPr>
          <w:b/>
          <w:color w:val="14214D"/>
          <w:sz w:val="16"/>
        </w:rPr>
        <w:t>INDUCTION REGISTER</w:t>
      </w:r>
    </w:p>
    <w:p>
      <w:pPr>
        <w:pStyle w:val="Heading1"/>
      </w:pPr>
      <w:r>
        <w:t>Everyone inducted on this site</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969"/>
            <w:shd w:val="clear" w:color="auto" w:fill="E8EAF1"/>
          </w:tcPr>
          <w:p>
            <w:r/>
            <w:r>
              <w:rPr>
                <w:b/>
                <w:sz w:val="18"/>
              </w:rPr>
              <w:t>Field</w:t>
            </w:r>
          </w:p>
        </w:tc>
        <w:tc>
          <w:tcPr>
            <w:tcW w:type="dxa" w:w="11339"/>
            <w:shd w:val="clear" w:color="auto" w:fill="E8EAF1"/>
          </w:tcPr>
          <w:p>
            <w:r/>
            <w:r>
              <w:rPr>
                <w:b/>
                <w:sz w:val="18"/>
              </w:rPr>
              <w:t>Entry</w:t>
            </w:r>
          </w:p>
        </w:tc>
      </w:tr>
      <w:tr>
        <w:tc>
          <w:tcPr>
            <w:tcW w:type="dxa" w:w="3969"/>
          </w:tcPr>
          <w:p>
            <w:pPr>
              <w:spacing w:after="20"/>
            </w:pPr>
            <w:r/>
            <w:r>
              <w:rPr>
                <w:sz w:val="18"/>
              </w:rPr>
              <w:t>Site or project</w:t>
            </w:r>
          </w:p>
        </w:tc>
        <w:tc>
          <w:tcPr>
            <w:tcW w:type="dxa" w:w="11339"/>
          </w:tcPr>
          <w:p>
            <w:pPr>
              <w:spacing w:after="20"/>
            </w:pPr>
            <w:r/>
            <w:r>
              <w:rPr>
                <w:sz w:val="18"/>
              </w:rPr>
            </w:r>
          </w:p>
        </w:tc>
      </w:tr>
      <w:tr>
        <w:tc>
          <w:tcPr>
            <w:tcW w:type="dxa" w:w="3969"/>
          </w:tcPr>
          <w:p>
            <w:pPr>
              <w:spacing w:after="20"/>
            </w:pPr>
            <w:r/>
            <w:r>
              <w:rPr>
                <w:sz w:val="18"/>
              </w:rPr>
              <w:t>Principal contractor</w:t>
            </w:r>
          </w:p>
        </w:tc>
        <w:tc>
          <w:tcPr>
            <w:tcW w:type="dxa" w:w="11339"/>
          </w:tcPr>
          <w:p>
            <w:pPr>
              <w:spacing w:after="20"/>
            </w:pPr>
            <w:r/>
            <w:r>
              <w:rPr>
                <w:sz w:val="18"/>
              </w:rPr>
            </w:r>
          </w:p>
        </w:tc>
      </w:tr>
      <w:tr>
        <w:tc>
          <w:tcPr>
            <w:tcW w:type="dxa" w:w="3969"/>
          </w:tcPr>
          <w:p>
            <w:pPr>
              <w:spacing w:after="20"/>
            </w:pPr>
            <w:r/>
            <w:r>
              <w:rPr>
                <w:sz w:val="18"/>
              </w:rPr>
              <w:t>Register started</w:t>
            </w:r>
          </w:p>
        </w:tc>
        <w:tc>
          <w:tcPr>
            <w:tcW w:type="dxa" w:w="11339"/>
          </w:tcPr>
          <w:p>
            <w:pPr>
              <w:spacing w:after="20"/>
            </w:pPr>
            <w:r/>
            <w:r>
              <w:rPr>
                <w:sz w:val="18"/>
              </w:rPr>
            </w:r>
          </w:p>
        </w:tc>
      </w:tr>
    </w:tbl>
    <w:p/>
    <w:tbl>
      <w:tblPr>
        <w:tblStyle w:val="TableGrid"/>
        <w:tblW w:type="auto" w:w="0"/>
        <w:jc w:val="center"/>
        <w:tblLook w:firstColumn="1" w:firstRow="1" w:lastColumn="0" w:lastRow="0" w:noHBand="0" w:noVBand="1" w:val="04A0"/>
      </w:tblPr>
      <w:tblGrid>
        <w:gridCol w:w="1442"/>
        <w:gridCol w:w="1442"/>
        <w:gridCol w:w="1442"/>
        <w:gridCol w:w="1442"/>
        <w:gridCol w:w="1442"/>
        <w:gridCol w:w="1442"/>
        <w:gridCol w:w="1442"/>
      </w:tblGrid>
      <w:tr>
        <w:trPr>
          <w:tblHeader w:val="true"/>
        </w:trPr>
        <w:tc>
          <w:tcPr>
            <w:tcW w:type="dxa" w:w="1134"/>
            <w:shd w:val="clear" w:color="auto" w:fill="E8EAF1"/>
          </w:tcPr>
          <w:p>
            <w:r/>
            <w:r>
              <w:rPr>
                <w:b/>
                <w:sz w:val="17"/>
              </w:rPr>
              <w:t>Date</w:t>
            </w:r>
          </w:p>
        </w:tc>
        <w:tc>
          <w:tcPr>
            <w:tcW w:type="dxa" w:w="2041"/>
            <w:shd w:val="clear" w:color="auto" w:fill="E8EAF1"/>
          </w:tcPr>
          <w:p>
            <w:r/>
            <w:r>
              <w:rPr>
                <w:b/>
                <w:sz w:val="17"/>
              </w:rPr>
              <w:t>Name</w:t>
            </w:r>
          </w:p>
        </w:tc>
        <w:tc>
          <w:tcPr>
            <w:tcW w:type="dxa" w:w="1701"/>
            <w:shd w:val="clear" w:color="auto" w:fill="E8EAF1"/>
          </w:tcPr>
          <w:p>
            <w:r/>
            <w:r>
              <w:rPr>
                <w:b/>
                <w:sz w:val="17"/>
              </w:rPr>
              <w:t>Employer</w:t>
            </w:r>
          </w:p>
        </w:tc>
        <w:tc>
          <w:tcPr>
            <w:tcW w:type="dxa" w:w="1361"/>
            <w:shd w:val="clear" w:color="auto" w:fill="E8EAF1"/>
          </w:tcPr>
          <w:p>
            <w:r/>
            <w:r>
              <w:rPr>
                <w:b/>
                <w:sz w:val="17"/>
              </w:rPr>
              <w:t>Trade</w:t>
            </w:r>
          </w:p>
        </w:tc>
        <w:tc>
          <w:tcPr>
            <w:tcW w:type="dxa" w:w="1247"/>
            <w:shd w:val="clear" w:color="auto" w:fill="E8EAF1"/>
          </w:tcPr>
          <w:p>
            <w:r/>
            <w:r>
              <w:rPr>
                <w:b/>
                <w:sz w:val="17"/>
              </w:rPr>
              <w:t>Card expires</w:t>
            </w:r>
          </w:p>
        </w:tc>
        <w:tc>
          <w:tcPr>
            <w:tcW w:type="dxa" w:w="1361"/>
            <w:shd w:val="clear" w:color="auto" w:fill="E8EAF1"/>
          </w:tcPr>
          <w:p>
            <w:r/>
            <w:r>
              <w:rPr>
                <w:b/>
                <w:sz w:val="17"/>
              </w:rPr>
              <w:t>Inducted by</w:t>
            </w:r>
          </w:p>
        </w:tc>
        <w:tc>
          <w:tcPr>
            <w:tcW w:type="dxa" w:w="1247"/>
            <w:shd w:val="clear" w:color="auto" w:fill="E8EAF1"/>
          </w:tcPr>
          <w:p>
            <w:r/>
            <w:r>
              <w:rPr>
                <w:b/>
                <w:sz w:val="17"/>
              </w:rPr>
              <w:t>Signed</w:t>
            </w:r>
          </w:p>
        </w:tc>
      </w:tr>
      <w:tr>
        <w:tc>
          <w:tcPr>
            <w:tcW w:type="dxa" w:w="1134"/>
          </w:tcPr>
          <w:p>
            <w:pPr>
              <w:spacing w:after="20"/>
            </w:pPr>
            <w:r/>
            <w:r>
              <w:rPr>
                <w:sz w:val="17"/>
              </w:rPr>
            </w:r>
          </w:p>
        </w:tc>
        <w:tc>
          <w:tcPr>
            <w:tcW w:type="dxa" w:w="2041"/>
          </w:tcPr>
          <w:p>
            <w:pPr>
              <w:spacing w:after="20"/>
            </w:pPr>
            <w:r/>
            <w:r>
              <w:rPr>
                <w:sz w:val="17"/>
              </w:rPr>
            </w:r>
          </w:p>
        </w:tc>
        <w:tc>
          <w:tcPr>
            <w:tcW w:type="dxa" w:w="1701"/>
          </w:tcPr>
          <w:p>
            <w:pPr>
              <w:spacing w:after="20"/>
            </w:pPr>
            <w:r/>
            <w:r>
              <w:rPr>
                <w:sz w:val="17"/>
              </w:rPr>
            </w:r>
          </w:p>
        </w:tc>
        <w:tc>
          <w:tcPr>
            <w:tcW w:type="dxa" w:w="1361"/>
          </w:tcPr>
          <w:p>
            <w:pPr>
              <w:spacing w:after="20"/>
            </w:pPr>
            <w:r/>
            <w:r>
              <w:rPr>
                <w:sz w:val="17"/>
              </w:rPr>
            </w:r>
          </w:p>
        </w:tc>
        <w:tc>
          <w:tcPr>
            <w:tcW w:type="dxa" w:w="1247"/>
          </w:tcPr>
          <w:p>
            <w:pPr>
              <w:spacing w:after="20"/>
            </w:pPr>
            <w:r/>
            <w:r>
              <w:rPr>
                <w:sz w:val="17"/>
              </w:rPr>
            </w:r>
          </w:p>
        </w:tc>
        <w:tc>
          <w:tcPr>
            <w:tcW w:type="dxa" w:w="1361"/>
          </w:tcPr>
          <w:p>
            <w:pPr>
              <w:spacing w:after="20"/>
            </w:pPr>
            <w:r/>
            <w:r>
              <w:rPr>
                <w:sz w:val="17"/>
              </w:rPr>
            </w:r>
          </w:p>
        </w:tc>
        <w:tc>
          <w:tcPr>
            <w:tcW w:type="dxa" w:w="1247"/>
          </w:tcPr>
          <w:p>
            <w:pPr>
              <w:spacing w:after="20"/>
            </w:pPr>
            <w:r/>
            <w:r>
              <w:rPr>
                <w:sz w:val="17"/>
              </w:rPr>
            </w:r>
          </w:p>
        </w:tc>
      </w:tr>
      <w:tr>
        <w:tc>
          <w:tcPr>
            <w:tcW w:type="dxa" w:w="1134"/>
          </w:tcPr>
          <w:p>
            <w:pPr>
              <w:spacing w:after="20"/>
            </w:pPr>
            <w:r/>
            <w:r>
              <w:rPr>
                <w:sz w:val="17"/>
              </w:rPr>
            </w:r>
          </w:p>
        </w:tc>
        <w:tc>
          <w:tcPr>
            <w:tcW w:type="dxa" w:w="2041"/>
          </w:tcPr>
          <w:p>
            <w:pPr>
              <w:spacing w:after="20"/>
            </w:pPr>
            <w:r/>
            <w:r>
              <w:rPr>
                <w:sz w:val="17"/>
              </w:rPr>
            </w:r>
          </w:p>
        </w:tc>
        <w:tc>
          <w:tcPr>
            <w:tcW w:type="dxa" w:w="1701"/>
          </w:tcPr>
          <w:p>
            <w:pPr>
              <w:spacing w:after="20"/>
            </w:pPr>
            <w:r/>
            <w:r>
              <w:rPr>
                <w:sz w:val="17"/>
              </w:rPr>
            </w:r>
          </w:p>
        </w:tc>
        <w:tc>
          <w:tcPr>
            <w:tcW w:type="dxa" w:w="1361"/>
          </w:tcPr>
          <w:p>
            <w:pPr>
              <w:spacing w:after="20"/>
            </w:pPr>
            <w:r/>
            <w:r>
              <w:rPr>
                <w:sz w:val="17"/>
              </w:rPr>
            </w:r>
          </w:p>
        </w:tc>
        <w:tc>
          <w:tcPr>
            <w:tcW w:type="dxa" w:w="1247"/>
          </w:tcPr>
          <w:p>
            <w:pPr>
              <w:spacing w:after="20"/>
            </w:pPr>
            <w:r/>
            <w:r>
              <w:rPr>
                <w:sz w:val="17"/>
              </w:rPr>
            </w:r>
          </w:p>
        </w:tc>
        <w:tc>
          <w:tcPr>
            <w:tcW w:type="dxa" w:w="1361"/>
          </w:tcPr>
          <w:p>
            <w:pPr>
              <w:spacing w:after="20"/>
            </w:pPr>
            <w:r/>
            <w:r>
              <w:rPr>
                <w:sz w:val="17"/>
              </w:rPr>
            </w:r>
          </w:p>
        </w:tc>
        <w:tc>
          <w:tcPr>
            <w:tcW w:type="dxa" w:w="1247"/>
          </w:tcPr>
          <w:p>
            <w:pPr>
              <w:spacing w:after="20"/>
            </w:pPr>
            <w:r/>
            <w:r>
              <w:rPr>
                <w:sz w:val="17"/>
              </w:rPr>
            </w:r>
          </w:p>
        </w:tc>
      </w:tr>
      <w:tr>
        <w:tc>
          <w:tcPr>
            <w:tcW w:type="dxa" w:w="1134"/>
          </w:tcPr>
          <w:p>
            <w:pPr>
              <w:spacing w:after="20"/>
            </w:pPr>
            <w:r/>
            <w:r>
              <w:rPr>
                <w:sz w:val="17"/>
              </w:rPr>
            </w:r>
          </w:p>
        </w:tc>
        <w:tc>
          <w:tcPr>
            <w:tcW w:type="dxa" w:w="2041"/>
          </w:tcPr>
          <w:p>
            <w:pPr>
              <w:spacing w:after="20"/>
            </w:pPr>
            <w:r/>
            <w:r>
              <w:rPr>
                <w:sz w:val="17"/>
              </w:rPr>
            </w:r>
          </w:p>
        </w:tc>
        <w:tc>
          <w:tcPr>
            <w:tcW w:type="dxa" w:w="1701"/>
          </w:tcPr>
          <w:p>
            <w:pPr>
              <w:spacing w:after="20"/>
            </w:pPr>
            <w:r/>
            <w:r>
              <w:rPr>
                <w:sz w:val="17"/>
              </w:rPr>
            </w:r>
          </w:p>
        </w:tc>
        <w:tc>
          <w:tcPr>
            <w:tcW w:type="dxa" w:w="1361"/>
          </w:tcPr>
          <w:p>
            <w:pPr>
              <w:spacing w:after="20"/>
            </w:pPr>
            <w:r/>
            <w:r>
              <w:rPr>
                <w:sz w:val="17"/>
              </w:rPr>
            </w:r>
          </w:p>
        </w:tc>
        <w:tc>
          <w:tcPr>
            <w:tcW w:type="dxa" w:w="1247"/>
          </w:tcPr>
          <w:p>
            <w:pPr>
              <w:spacing w:after="20"/>
            </w:pPr>
            <w:r/>
            <w:r>
              <w:rPr>
                <w:sz w:val="17"/>
              </w:rPr>
            </w:r>
          </w:p>
        </w:tc>
        <w:tc>
          <w:tcPr>
            <w:tcW w:type="dxa" w:w="1361"/>
          </w:tcPr>
          <w:p>
            <w:pPr>
              <w:spacing w:after="20"/>
            </w:pPr>
            <w:r/>
            <w:r>
              <w:rPr>
                <w:sz w:val="17"/>
              </w:rPr>
            </w:r>
          </w:p>
        </w:tc>
        <w:tc>
          <w:tcPr>
            <w:tcW w:type="dxa" w:w="1247"/>
          </w:tcPr>
          <w:p>
            <w:pPr>
              <w:spacing w:after="20"/>
            </w:pPr>
            <w:r/>
            <w:r>
              <w:rPr>
                <w:sz w:val="17"/>
              </w:rPr>
            </w:r>
          </w:p>
        </w:tc>
      </w:tr>
      <w:tr>
        <w:tc>
          <w:tcPr>
            <w:tcW w:type="dxa" w:w="1134"/>
          </w:tcPr>
          <w:p>
            <w:pPr>
              <w:spacing w:after="20"/>
            </w:pPr>
            <w:r/>
            <w:r>
              <w:rPr>
                <w:sz w:val="17"/>
              </w:rPr>
            </w:r>
          </w:p>
        </w:tc>
        <w:tc>
          <w:tcPr>
            <w:tcW w:type="dxa" w:w="2041"/>
          </w:tcPr>
          <w:p>
            <w:pPr>
              <w:spacing w:after="20"/>
            </w:pPr>
            <w:r/>
            <w:r>
              <w:rPr>
                <w:sz w:val="17"/>
              </w:rPr>
            </w:r>
          </w:p>
        </w:tc>
        <w:tc>
          <w:tcPr>
            <w:tcW w:type="dxa" w:w="1701"/>
          </w:tcPr>
          <w:p>
            <w:pPr>
              <w:spacing w:after="20"/>
            </w:pPr>
            <w:r/>
            <w:r>
              <w:rPr>
                <w:sz w:val="17"/>
              </w:rPr>
            </w:r>
          </w:p>
        </w:tc>
        <w:tc>
          <w:tcPr>
            <w:tcW w:type="dxa" w:w="1361"/>
          </w:tcPr>
          <w:p>
            <w:pPr>
              <w:spacing w:after="20"/>
            </w:pPr>
            <w:r/>
            <w:r>
              <w:rPr>
                <w:sz w:val="17"/>
              </w:rPr>
            </w:r>
          </w:p>
        </w:tc>
        <w:tc>
          <w:tcPr>
            <w:tcW w:type="dxa" w:w="1247"/>
          </w:tcPr>
          <w:p>
            <w:pPr>
              <w:spacing w:after="20"/>
            </w:pPr>
            <w:r/>
            <w:r>
              <w:rPr>
                <w:sz w:val="17"/>
              </w:rPr>
            </w:r>
          </w:p>
        </w:tc>
        <w:tc>
          <w:tcPr>
            <w:tcW w:type="dxa" w:w="1361"/>
          </w:tcPr>
          <w:p>
            <w:pPr>
              <w:spacing w:after="20"/>
            </w:pPr>
            <w:r/>
            <w:r>
              <w:rPr>
                <w:sz w:val="17"/>
              </w:rPr>
            </w:r>
          </w:p>
        </w:tc>
        <w:tc>
          <w:tcPr>
            <w:tcW w:type="dxa" w:w="1247"/>
          </w:tcPr>
          <w:p>
            <w:pPr>
              <w:spacing w:after="20"/>
            </w:pPr>
            <w:r/>
            <w:r>
              <w:rPr>
                <w:sz w:val="17"/>
              </w:rPr>
            </w:r>
          </w:p>
        </w:tc>
      </w:tr>
      <w:tr>
        <w:tc>
          <w:tcPr>
            <w:tcW w:type="dxa" w:w="1134"/>
          </w:tcPr>
          <w:p>
            <w:pPr>
              <w:spacing w:after="20"/>
            </w:pPr>
            <w:r/>
            <w:r>
              <w:rPr>
                <w:sz w:val="17"/>
              </w:rPr>
            </w:r>
          </w:p>
        </w:tc>
        <w:tc>
          <w:tcPr>
            <w:tcW w:type="dxa" w:w="2041"/>
          </w:tcPr>
          <w:p>
            <w:pPr>
              <w:spacing w:after="20"/>
            </w:pPr>
            <w:r/>
            <w:r>
              <w:rPr>
                <w:sz w:val="17"/>
              </w:rPr>
            </w:r>
          </w:p>
        </w:tc>
        <w:tc>
          <w:tcPr>
            <w:tcW w:type="dxa" w:w="1701"/>
          </w:tcPr>
          <w:p>
            <w:pPr>
              <w:spacing w:after="20"/>
            </w:pPr>
            <w:r/>
            <w:r>
              <w:rPr>
                <w:sz w:val="17"/>
              </w:rPr>
            </w:r>
          </w:p>
        </w:tc>
        <w:tc>
          <w:tcPr>
            <w:tcW w:type="dxa" w:w="1361"/>
          </w:tcPr>
          <w:p>
            <w:pPr>
              <w:spacing w:after="20"/>
            </w:pPr>
            <w:r/>
            <w:r>
              <w:rPr>
                <w:sz w:val="17"/>
              </w:rPr>
            </w:r>
          </w:p>
        </w:tc>
        <w:tc>
          <w:tcPr>
            <w:tcW w:type="dxa" w:w="1247"/>
          </w:tcPr>
          <w:p>
            <w:pPr>
              <w:spacing w:after="20"/>
            </w:pPr>
            <w:r/>
            <w:r>
              <w:rPr>
                <w:sz w:val="17"/>
              </w:rPr>
            </w:r>
          </w:p>
        </w:tc>
        <w:tc>
          <w:tcPr>
            <w:tcW w:type="dxa" w:w="1361"/>
          </w:tcPr>
          <w:p>
            <w:pPr>
              <w:spacing w:after="20"/>
            </w:pPr>
            <w:r/>
            <w:r>
              <w:rPr>
                <w:sz w:val="17"/>
              </w:rPr>
            </w:r>
          </w:p>
        </w:tc>
        <w:tc>
          <w:tcPr>
            <w:tcW w:type="dxa" w:w="1247"/>
          </w:tcPr>
          <w:p>
            <w:pPr>
              <w:spacing w:after="20"/>
            </w:pPr>
            <w:r/>
            <w:r>
              <w:rPr>
                <w:sz w:val="17"/>
              </w:rPr>
            </w:r>
          </w:p>
        </w:tc>
      </w:tr>
      <w:tr>
        <w:tc>
          <w:tcPr>
            <w:tcW w:type="dxa" w:w="1134"/>
          </w:tcPr>
          <w:p>
            <w:pPr>
              <w:spacing w:after="20"/>
            </w:pPr>
            <w:r/>
            <w:r>
              <w:rPr>
                <w:sz w:val="17"/>
              </w:rPr>
            </w:r>
          </w:p>
        </w:tc>
        <w:tc>
          <w:tcPr>
            <w:tcW w:type="dxa" w:w="2041"/>
          </w:tcPr>
          <w:p>
            <w:pPr>
              <w:spacing w:after="20"/>
            </w:pPr>
            <w:r/>
            <w:r>
              <w:rPr>
                <w:sz w:val="17"/>
              </w:rPr>
            </w:r>
          </w:p>
        </w:tc>
        <w:tc>
          <w:tcPr>
            <w:tcW w:type="dxa" w:w="1701"/>
          </w:tcPr>
          <w:p>
            <w:pPr>
              <w:spacing w:after="20"/>
            </w:pPr>
            <w:r/>
            <w:r>
              <w:rPr>
                <w:sz w:val="17"/>
              </w:rPr>
            </w:r>
          </w:p>
        </w:tc>
        <w:tc>
          <w:tcPr>
            <w:tcW w:type="dxa" w:w="1361"/>
          </w:tcPr>
          <w:p>
            <w:pPr>
              <w:spacing w:after="20"/>
            </w:pPr>
            <w:r/>
            <w:r>
              <w:rPr>
                <w:sz w:val="17"/>
              </w:rPr>
            </w:r>
          </w:p>
        </w:tc>
        <w:tc>
          <w:tcPr>
            <w:tcW w:type="dxa" w:w="1247"/>
          </w:tcPr>
          <w:p>
            <w:pPr>
              <w:spacing w:after="20"/>
            </w:pPr>
            <w:r/>
            <w:r>
              <w:rPr>
                <w:sz w:val="17"/>
              </w:rPr>
            </w:r>
          </w:p>
        </w:tc>
        <w:tc>
          <w:tcPr>
            <w:tcW w:type="dxa" w:w="1361"/>
          </w:tcPr>
          <w:p>
            <w:pPr>
              <w:spacing w:after="20"/>
            </w:pPr>
            <w:r/>
            <w:r>
              <w:rPr>
                <w:sz w:val="17"/>
              </w:rPr>
            </w:r>
          </w:p>
        </w:tc>
        <w:tc>
          <w:tcPr>
            <w:tcW w:type="dxa" w:w="1247"/>
          </w:tcPr>
          <w:p>
            <w:pPr>
              <w:spacing w:after="20"/>
            </w:pPr>
            <w:r/>
            <w:r>
              <w:rPr>
                <w:sz w:val="17"/>
              </w:rPr>
            </w:r>
          </w:p>
        </w:tc>
      </w:tr>
      <w:tr>
        <w:tc>
          <w:tcPr>
            <w:tcW w:type="dxa" w:w="1134"/>
          </w:tcPr>
          <w:p>
            <w:pPr>
              <w:spacing w:after="20"/>
            </w:pPr>
            <w:r/>
            <w:r>
              <w:rPr>
                <w:sz w:val="17"/>
              </w:rPr>
            </w:r>
          </w:p>
        </w:tc>
        <w:tc>
          <w:tcPr>
            <w:tcW w:type="dxa" w:w="2041"/>
          </w:tcPr>
          <w:p>
            <w:pPr>
              <w:spacing w:after="20"/>
            </w:pPr>
            <w:r/>
            <w:r>
              <w:rPr>
                <w:sz w:val="17"/>
              </w:rPr>
            </w:r>
          </w:p>
        </w:tc>
        <w:tc>
          <w:tcPr>
            <w:tcW w:type="dxa" w:w="1701"/>
          </w:tcPr>
          <w:p>
            <w:pPr>
              <w:spacing w:after="20"/>
            </w:pPr>
            <w:r/>
            <w:r>
              <w:rPr>
                <w:sz w:val="17"/>
              </w:rPr>
            </w:r>
          </w:p>
        </w:tc>
        <w:tc>
          <w:tcPr>
            <w:tcW w:type="dxa" w:w="1361"/>
          </w:tcPr>
          <w:p>
            <w:pPr>
              <w:spacing w:after="20"/>
            </w:pPr>
            <w:r/>
            <w:r>
              <w:rPr>
                <w:sz w:val="17"/>
              </w:rPr>
            </w:r>
          </w:p>
        </w:tc>
        <w:tc>
          <w:tcPr>
            <w:tcW w:type="dxa" w:w="1247"/>
          </w:tcPr>
          <w:p>
            <w:pPr>
              <w:spacing w:after="20"/>
            </w:pPr>
            <w:r/>
            <w:r>
              <w:rPr>
                <w:sz w:val="17"/>
              </w:rPr>
            </w:r>
          </w:p>
        </w:tc>
        <w:tc>
          <w:tcPr>
            <w:tcW w:type="dxa" w:w="1361"/>
          </w:tcPr>
          <w:p>
            <w:pPr>
              <w:spacing w:after="20"/>
            </w:pPr>
            <w:r/>
            <w:r>
              <w:rPr>
                <w:sz w:val="17"/>
              </w:rPr>
            </w:r>
          </w:p>
        </w:tc>
        <w:tc>
          <w:tcPr>
            <w:tcW w:type="dxa" w:w="1247"/>
          </w:tcPr>
          <w:p>
            <w:pPr>
              <w:spacing w:after="20"/>
            </w:pPr>
            <w:r/>
            <w:r>
              <w:rPr>
                <w:sz w:val="17"/>
              </w:rPr>
            </w:r>
          </w:p>
        </w:tc>
      </w:tr>
      <w:tr>
        <w:tc>
          <w:tcPr>
            <w:tcW w:type="dxa" w:w="1134"/>
          </w:tcPr>
          <w:p>
            <w:pPr>
              <w:spacing w:after="20"/>
            </w:pPr>
            <w:r/>
            <w:r>
              <w:rPr>
                <w:sz w:val="17"/>
              </w:rPr>
            </w:r>
          </w:p>
        </w:tc>
        <w:tc>
          <w:tcPr>
            <w:tcW w:type="dxa" w:w="2041"/>
          </w:tcPr>
          <w:p>
            <w:pPr>
              <w:spacing w:after="20"/>
            </w:pPr>
            <w:r/>
            <w:r>
              <w:rPr>
                <w:sz w:val="17"/>
              </w:rPr>
            </w:r>
          </w:p>
        </w:tc>
        <w:tc>
          <w:tcPr>
            <w:tcW w:type="dxa" w:w="1701"/>
          </w:tcPr>
          <w:p>
            <w:pPr>
              <w:spacing w:after="20"/>
            </w:pPr>
            <w:r/>
            <w:r>
              <w:rPr>
                <w:sz w:val="17"/>
              </w:rPr>
            </w:r>
          </w:p>
        </w:tc>
        <w:tc>
          <w:tcPr>
            <w:tcW w:type="dxa" w:w="1361"/>
          </w:tcPr>
          <w:p>
            <w:pPr>
              <w:spacing w:after="20"/>
            </w:pPr>
            <w:r/>
            <w:r>
              <w:rPr>
                <w:sz w:val="17"/>
              </w:rPr>
            </w:r>
          </w:p>
        </w:tc>
        <w:tc>
          <w:tcPr>
            <w:tcW w:type="dxa" w:w="1247"/>
          </w:tcPr>
          <w:p>
            <w:pPr>
              <w:spacing w:after="20"/>
            </w:pPr>
            <w:r/>
            <w:r>
              <w:rPr>
                <w:sz w:val="17"/>
              </w:rPr>
            </w:r>
          </w:p>
        </w:tc>
        <w:tc>
          <w:tcPr>
            <w:tcW w:type="dxa" w:w="1361"/>
          </w:tcPr>
          <w:p>
            <w:pPr>
              <w:spacing w:after="20"/>
            </w:pPr>
            <w:r/>
            <w:r>
              <w:rPr>
                <w:sz w:val="17"/>
              </w:rPr>
            </w:r>
          </w:p>
        </w:tc>
        <w:tc>
          <w:tcPr>
            <w:tcW w:type="dxa" w:w="1247"/>
          </w:tcPr>
          <w:p>
            <w:pPr>
              <w:spacing w:after="20"/>
            </w:pPr>
            <w:r/>
            <w:r>
              <w:rPr>
                <w:sz w:val="17"/>
              </w:rPr>
            </w:r>
          </w:p>
        </w:tc>
      </w:tr>
      <w:tr>
        <w:tc>
          <w:tcPr>
            <w:tcW w:type="dxa" w:w="1134"/>
          </w:tcPr>
          <w:p>
            <w:pPr>
              <w:spacing w:after="20"/>
            </w:pPr>
            <w:r/>
            <w:r>
              <w:rPr>
                <w:sz w:val="17"/>
              </w:rPr>
            </w:r>
          </w:p>
        </w:tc>
        <w:tc>
          <w:tcPr>
            <w:tcW w:type="dxa" w:w="2041"/>
          </w:tcPr>
          <w:p>
            <w:pPr>
              <w:spacing w:after="20"/>
            </w:pPr>
            <w:r/>
            <w:r>
              <w:rPr>
                <w:sz w:val="17"/>
              </w:rPr>
            </w:r>
          </w:p>
        </w:tc>
        <w:tc>
          <w:tcPr>
            <w:tcW w:type="dxa" w:w="1701"/>
          </w:tcPr>
          <w:p>
            <w:pPr>
              <w:spacing w:after="20"/>
            </w:pPr>
            <w:r/>
            <w:r>
              <w:rPr>
                <w:sz w:val="17"/>
              </w:rPr>
            </w:r>
          </w:p>
        </w:tc>
        <w:tc>
          <w:tcPr>
            <w:tcW w:type="dxa" w:w="1361"/>
          </w:tcPr>
          <w:p>
            <w:pPr>
              <w:spacing w:after="20"/>
            </w:pPr>
            <w:r/>
            <w:r>
              <w:rPr>
                <w:sz w:val="17"/>
              </w:rPr>
            </w:r>
          </w:p>
        </w:tc>
        <w:tc>
          <w:tcPr>
            <w:tcW w:type="dxa" w:w="1247"/>
          </w:tcPr>
          <w:p>
            <w:pPr>
              <w:spacing w:after="20"/>
            </w:pPr>
            <w:r/>
            <w:r>
              <w:rPr>
                <w:sz w:val="17"/>
              </w:rPr>
            </w:r>
          </w:p>
        </w:tc>
        <w:tc>
          <w:tcPr>
            <w:tcW w:type="dxa" w:w="1361"/>
          </w:tcPr>
          <w:p>
            <w:pPr>
              <w:spacing w:after="20"/>
            </w:pPr>
            <w:r/>
            <w:r>
              <w:rPr>
                <w:sz w:val="17"/>
              </w:rPr>
            </w:r>
          </w:p>
        </w:tc>
        <w:tc>
          <w:tcPr>
            <w:tcW w:type="dxa" w:w="1247"/>
          </w:tcPr>
          <w:p>
            <w:pPr>
              <w:spacing w:after="20"/>
            </w:pPr>
            <w:r/>
            <w:r>
              <w:rPr>
                <w:sz w:val="17"/>
              </w:rPr>
            </w:r>
          </w:p>
        </w:tc>
      </w:tr>
      <w:tr>
        <w:tc>
          <w:tcPr>
            <w:tcW w:type="dxa" w:w="1134"/>
          </w:tcPr>
          <w:p>
            <w:pPr>
              <w:spacing w:after="20"/>
            </w:pPr>
            <w:r/>
            <w:r>
              <w:rPr>
                <w:sz w:val="17"/>
              </w:rPr>
            </w:r>
          </w:p>
        </w:tc>
        <w:tc>
          <w:tcPr>
            <w:tcW w:type="dxa" w:w="2041"/>
          </w:tcPr>
          <w:p>
            <w:pPr>
              <w:spacing w:after="20"/>
            </w:pPr>
            <w:r/>
            <w:r>
              <w:rPr>
                <w:sz w:val="17"/>
              </w:rPr>
            </w:r>
          </w:p>
        </w:tc>
        <w:tc>
          <w:tcPr>
            <w:tcW w:type="dxa" w:w="1701"/>
          </w:tcPr>
          <w:p>
            <w:pPr>
              <w:spacing w:after="20"/>
            </w:pPr>
            <w:r/>
            <w:r>
              <w:rPr>
                <w:sz w:val="17"/>
              </w:rPr>
            </w:r>
          </w:p>
        </w:tc>
        <w:tc>
          <w:tcPr>
            <w:tcW w:type="dxa" w:w="1361"/>
          </w:tcPr>
          <w:p>
            <w:pPr>
              <w:spacing w:after="20"/>
            </w:pPr>
            <w:r/>
            <w:r>
              <w:rPr>
                <w:sz w:val="17"/>
              </w:rPr>
            </w:r>
          </w:p>
        </w:tc>
        <w:tc>
          <w:tcPr>
            <w:tcW w:type="dxa" w:w="1247"/>
          </w:tcPr>
          <w:p>
            <w:pPr>
              <w:spacing w:after="20"/>
            </w:pPr>
            <w:r/>
            <w:r>
              <w:rPr>
                <w:sz w:val="17"/>
              </w:rPr>
            </w:r>
          </w:p>
        </w:tc>
        <w:tc>
          <w:tcPr>
            <w:tcW w:type="dxa" w:w="1361"/>
          </w:tcPr>
          <w:p>
            <w:pPr>
              <w:spacing w:after="20"/>
            </w:pPr>
            <w:r/>
            <w:r>
              <w:rPr>
                <w:sz w:val="17"/>
              </w:rPr>
            </w:r>
          </w:p>
        </w:tc>
        <w:tc>
          <w:tcPr>
            <w:tcW w:type="dxa" w:w="1247"/>
          </w:tcPr>
          <w:p>
            <w:pPr>
              <w:spacing w:after="20"/>
            </w:pPr>
            <w:r/>
            <w:r>
              <w:rPr>
                <w:sz w:val="17"/>
              </w:rPr>
            </w:r>
          </w:p>
        </w:tc>
      </w:tr>
      <w:tr>
        <w:tc>
          <w:tcPr>
            <w:tcW w:type="dxa" w:w="1134"/>
          </w:tcPr>
          <w:p>
            <w:pPr>
              <w:spacing w:after="20"/>
            </w:pPr>
            <w:r/>
            <w:r>
              <w:rPr>
                <w:sz w:val="17"/>
              </w:rPr>
            </w:r>
          </w:p>
        </w:tc>
        <w:tc>
          <w:tcPr>
            <w:tcW w:type="dxa" w:w="2041"/>
          </w:tcPr>
          <w:p>
            <w:pPr>
              <w:spacing w:after="20"/>
            </w:pPr>
            <w:r/>
            <w:r>
              <w:rPr>
                <w:sz w:val="17"/>
              </w:rPr>
            </w:r>
          </w:p>
        </w:tc>
        <w:tc>
          <w:tcPr>
            <w:tcW w:type="dxa" w:w="1701"/>
          </w:tcPr>
          <w:p>
            <w:pPr>
              <w:spacing w:after="20"/>
            </w:pPr>
            <w:r/>
            <w:r>
              <w:rPr>
                <w:sz w:val="17"/>
              </w:rPr>
            </w:r>
          </w:p>
        </w:tc>
        <w:tc>
          <w:tcPr>
            <w:tcW w:type="dxa" w:w="1361"/>
          </w:tcPr>
          <w:p>
            <w:pPr>
              <w:spacing w:after="20"/>
            </w:pPr>
            <w:r/>
            <w:r>
              <w:rPr>
                <w:sz w:val="17"/>
              </w:rPr>
            </w:r>
          </w:p>
        </w:tc>
        <w:tc>
          <w:tcPr>
            <w:tcW w:type="dxa" w:w="1247"/>
          </w:tcPr>
          <w:p>
            <w:pPr>
              <w:spacing w:after="20"/>
            </w:pPr>
            <w:r/>
            <w:r>
              <w:rPr>
                <w:sz w:val="17"/>
              </w:rPr>
            </w:r>
          </w:p>
        </w:tc>
        <w:tc>
          <w:tcPr>
            <w:tcW w:type="dxa" w:w="1361"/>
          </w:tcPr>
          <w:p>
            <w:pPr>
              <w:spacing w:after="20"/>
            </w:pPr>
            <w:r/>
            <w:r>
              <w:rPr>
                <w:sz w:val="17"/>
              </w:rPr>
            </w:r>
          </w:p>
        </w:tc>
        <w:tc>
          <w:tcPr>
            <w:tcW w:type="dxa" w:w="1247"/>
          </w:tcPr>
          <w:p>
            <w:pPr>
              <w:spacing w:after="20"/>
            </w:pPr>
            <w:r/>
            <w:r>
              <w:rPr>
                <w:sz w:val="17"/>
              </w:rPr>
            </w:r>
          </w:p>
        </w:tc>
      </w:tr>
      <w:tr>
        <w:tc>
          <w:tcPr>
            <w:tcW w:type="dxa" w:w="1134"/>
          </w:tcPr>
          <w:p>
            <w:pPr>
              <w:spacing w:after="20"/>
            </w:pPr>
            <w:r/>
            <w:r>
              <w:rPr>
                <w:sz w:val="17"/>
              </w:rPr>
            </w:r>
          </w:p>
        </w:tc>
        <w:tc>
          <w:tcPr>
            <w:tcW w:type="dxa" w:w="2041"/>
          </w:tcPr>
          <w:p>
            <w:pPr>
              <w:spacing w:after="20"/>
            </w:pPr>
            <w:r/>
            <w:r>
              <w:rPr>
                <w:sz w:val="17"/>
              </w:rPr>
            </w:r>
          </w:p>
        </w:tc>
        <w:tc>
          <w:tcPr>
            <w:tcW w:type="dxa" w:w="1701"/>
          </w:tcPr>
          <w:p>
            <w:pPr>
              <w:spacing w:after="20"/>
            </w:pPr>
            <w:r/>
            <w:r>
              <w:rPr>
                <w:sz w:val="17"/>
              </w:rPr>
            </w:r>
          </w:p>
        </w:tc>
        <w:tc>
          <w:tcPr>
            <w:tcW w:type="dxa" w:w="1361"/>
          </w:tcPr>
          <w:p>
            <w:pPr>
              <w:spacing w:after="20"/>
            </w:pPr>
            <w:r/>
            <w:r>
              <w:rPr>
                <w:sz w:val="17"/>
              </w:rPr>
            </w:r>
          </w:p>
        </w:tc>
        <w:tc>
          <w:tcPr>
            <w:tcW w:type="dxa" w:w="1247"/>
          </w:tcPr>
          <w:p>
            <w:pPr>
              <w:spacing w:after="20"/>
            </w:pPr>
            <w:r/>
            <w:r>
              <w:rPr>
                <w:sz w:val="17"/>
              </w:rPr>
            </w:r>
          </w:p>
        </w:tc>
        <w:tc>
          <w:tcPr>
            <w:tcW w:type="dxa" w:w="1361"/>
          </w:tcPr>
          <w:p>
            <w:pPr>
              <w:spacing w:after="20"/>
            </w:pPr>
            <w:r/>
            <w:r>
              <w:rPr>
                <w:sz w:val="17"/>
              </w:rPr>
            </w:r>
          </w:p>
        </w:tc>
        <w:tc>
          <w:tcPr>
            <w:tcW w:type="dxa" w:w="1247"/>
          </w:tcPr>
          <w:p>
            <w:pPr>
              <w:spacing w:after="20"/>
            </w:pPr>
            <w:r/>
            <w:r>
              <w:rPr>
                <w:sz w:val="17"/>
              </w:rPr>
            </w:r>
          </w:p>
        </w:tc>
      </w:tr>
      <w:tr>
        <w:tc>
          <w:tcPr>
            <w:tcW w:type="dxa" w:w="1134"/>
          </w:tcPr>
          <w:p>
            <w:pPr>
              <w:spacing w:after="20"/>
            </w:pPr>
            <w:r/>
            <w:r>
              <w:rPr>
                <w:sz w:val="17"/>
              </w:rPr>
            </w:r>
          </w:p>
        </w:tc>
        <w:tc>
          <w:tcPr>
            <w:tcW w:type="dxa" w:w="2041"/>
          </w:tcPr>
          <w:p>
            <w:pPr>
              <w:spacing w:after="20"/>
            </w:pPr>
            <w:r/>
            <w:r>
              <w:rPr>
                <w:sz w:val="17"/>
              </w:rPr>
            </w:r>
          </w:p>
        </w:tc>
        <w:tc>
          <w:tcPr>
            <w:tcW w:type="dxa" w:w="1701"/>
          </w:tcPr>
          <w:p>
            <w:pPr>
              <w:spacing w:after="20"/>
            </w:pPr>
            <w:r/>
            <w:r>
              <w:rPr>
                <w:sz w:val="17"/>
              </w:rPr>
            </w:r>
          </w:p>
        </w:tc>
        <w:tc>
          <w:tcPr>
            <w:tcW w:type="dxa" w:w="1361"/>
          </w:tcPr>
          <w:p>
            <w:pPr>
              <w:spacing w:after="20"/>
            </w:pPr>
            <w:r/>
            <w:r>
              <w:rPr>
                <w:sz w:val="17"/>
              </w:rPr>
            </w:r>
          </w:p>
        </w:tc>
        <w:tc>
          <w:tcPr>
            <w:tcW w:type="dxa" w:w="1247"/>
          </w:tcPr>
          <w:p>
            <w:pPr>
              <w:spacing w:after="20"/>
            </w:pPr>
            <w:r/>
            <w:r>
              <w:rPr>
                <w:sz w:val="17"/>
              </w:rPr>
            </w:r>
          </w:p>
        </w:tc>
        <w:tc>
          <w:tcPr>
            <w:tcW w:type="dxa" w:w="1361"/>
          </w:tcPr>
          <w:p>
            <w:pPr>
              <w:spacing w:after="20"/>
            </w:pPr>
            <w:r/>
            <w:r>
              <w:rPr>
                <w:sz w:val="17"/>
              </w:rPr>
            </w:r>
          </w:p>
        </w:tc>
        <w:tc>
          <w:tcPr>
            <w:tcW w:type="dxa" w:w="1247"/>
          </w:tcPr>
          <w:p>
            <w:pPr>
              <w:spacing w:after="20"/>
            </w:pPr>
            <w:r/>
            <w:r>
              <w:rPr>
                <w:sz w:val="17"/>
              </w:rPr>
            </w:r>
          </w:p>
        </w:tc>
      </w:tr>
      <w:tr>
        <w:tc>
          <w:tcPr>
            <w:tcW w:type="dxa" w:w="1134"/>
          </w:tcPr>
          <w:p>
            <w:pPr>
              <w:spacing w:after="20"/>
            </w:pPr>
            <w:r/>
            <w:r>
              <w:rPr>
                <w:sz w:val="17"/>
              </w:rPr>
            </w:r>
          </w:p>
        </w:tc>
        <w:tc>
          <w:tcPr>
            <w:tcW w:type="dxa" w:w="2041"/>
          </w:tcPr>
          <w:p>
            <w:pPr>
              <w:spacing w:after="20"/>
            </w:pPr>
            <w:r/>
            <w:r>
              <w:rPr>
                <w:sz w:val="17"/>
              </w:rPr>
            </w:r>
          </w:p>
        </w:tc>
        <w:tc>
          <w:tcPr>
            <w:tcW w:type="dxa" w:w="1701"/>
          </w:tcPr>
          <w:p>
            <w:pPr>
              <w:spacing w:after="20"/>
            </w:pPr>
            <w:r/>
            <w:r>
              <w:rPr>
                <w:sz w:val="17"/>
              </w:rPr>
            </w:r>
          </w:p>
        </w:tc>
        <w:tc>
          <w:tcPr>
            <w:tcW w:type="dxa" w:w="1361"/>
          </w:tcPr>
          <w:p>
            <w:pPr>
              <w:spacing w:after="20"/>
            </w:pPr>
            <w:r/>
            <w:r>
              <w:rPr>
                <w:sz w:val="17"/>
              </w:rPr>
            </w:r>
          </w:p>
        </w:tc>
        <w:tc>
          <w:tcPr>
            <w:tcW w:type="dxa" w:w="1247"/>
          </w:tcPr>
          <w:p>
            <w:pPr>
              <w:spacing w:after="20"/>
            </w:pPr>
            <w:r/>
            <w:r>
              <w:rPr>
                <w:sz w:val="17"/>
              </w:rPr>
            </w:r>
          </w:p>
        </w:tc>
        <w:tc>
          <w:tcPr>
            <w:tcW w:type="dxa" w:w="1361"/>
          </w:tcPr>
          <w:p>
            <w:pPr>
              <w:spacing w:after="20"/>
            </w:pPr>
            <w:r/>
            <w:r>
              <w:rPr>
                <w:sz w:val="17"/>
              </w:rPr>
            </w:r>
          </w:p>
        </w:tc>
        <w:tc>
          <w:tcPr>
            <w:tcW w:type="dxa" w:w="1247"/>
          </w:tcPr>
          <w:p>
            <w:pPr>
              <w:spacing w:after="20"/>
            </w:pPr>
            <w:r/>
            <w:r>
              <w:rPr>
                <w:sz w:val="17"/>
              </w:rPr>
            </w:r>
          </w:p>
        </w:tc>
      </w:tr>
      <w:tr>
        <w:tc>
          <w:tcPr>
            <w:tcW w:type="dxa" w:w="1134"/>
          </w:tcPr>
          <w:p>
            <w:pPr>
              <w:spacing w:after="20"/>
            </w:pPr>
            <w:r/>
            <w:r>
              <w:rPr>
                <w:sz w:val="17"/>
              </w:rPr>
            </w:r>
          </w:p>
        </w:tc>
        <w:tc>
          <w:tcPr>
            <w:tcW w:type="dxa" w:w="2041"/>
          </w:tcPr>
          <w:p>
            <w:pPr>
              <w:spacing w:after="20"/>
            </w:pPr>
            <w:r/>
            <w:r>
              <w:rPr>
                <w:sz w:val="17"/>
              </w:rPr>
            </w:r>
          </w:p>
        </w:tc>
        <w:tc>
          <w:tcPr>
            <w:tcW w:type="dxa" w:w="1701"/>
          </w:tcPr>
          <w:p>
            <w:pPr>
              <w:spacing w:after="20"/>
            </w:pPr>
            <w:r/>
            <w:r>
              <w:rPr>
                <w:sz w:val="17"/>
              </w:rPr>
            </w:r>
          </w:p>
        </w:tc>
        <w:tc>
          <w:tcPr>
            <w:tcW w:type="dxa" w:w="1361"/>
          </w:tcPr>
          <w:p>
            <w:pPr>
              <w:spacing w:after="20"/>
            </w:pPr>
            <w:r/>
            <w:r>
              <w:rPr>
                <w:sz w:val="17"/>
              </w:rPr>
            </w:r>
          </w:p>
        </w:tc>
        <w:tc>
          <w:tcPr>
            <w:tcW w:type="dxa" w:w="1247"/>
          </w:tcPr>
          <w:p>
            <w:pPr>
              <w:spacing w:after="20"/>
            </w:pPr>
            <w:r/>
            <w:r>
              <w:rPr>
                <w:sz w:val="17"/>
              </w:rPr>
            </w:r>
          </w:p>
        </w:tc>
        <w:tc>
          <w:tcPr>
            <w:tcW w:type="dxa" w:w="1361"/>
          </w:tcPr>
          <w:p>
            <w:pPr>
              <w:spacing w:after="20"/>
            </w:pPr>
            <w:r/>
            <w:r>
              <w:rPr>
                <w:sz w:val="17"/>
              </w:rPr>
            </w:r>
          </w:p>
        </w:tc>
        <w:tc>
          <w:tcPr>
            <w:tcW w:type="dxa" w:w="1247"/>
          </w:tcPr>
          <w:p>
            <w:pPr>
              <w:spacing w:after="20"/>
            </w:pPr>
            <w:r/>
            <w:r>
              <w:rPr>
                <w:sz w:val="17"/>
              </w:rPr>
            </w:r>
          </w:p>
        </w:tc>
      </w:tr>
      <w:tr>
        <w:tc>
          <w:tcPr>
            <w:tcW w:type="dxa" w:w="1134"/>
          </w:tcPr>
          <w:p>
            <w:pPr>
              <w:spacing w:after="20"/>
            </w:pPr>
            <w:r/>
            <w:r>
              <w:rPr>
                <w:sz w:val="17"/>
              </w:rPr>
            </w:r>
          </w:p>
        </w:tc>
        <w:tc>
          <w:tcPr>
            <w:tcW w:type="dxa" w:w="2041"/>
          </w:tcPr>
          <w:p>
            <w:pPr>
              <w:spacing w:after="20"/>
            </w:pPr>
            <w:r/>
            <w:r>
              <w:rPr>
                <w:sz w:val="17"/>
              </w:rPr>
            </w:r>
          </w:p>
        </w:tc>
        <w:tc>
          <w:tcPr>
            <w:tcW w:type="dxa" w:w="1701"/>
          </w:tcPr>
          <w:p>
            <w:pPr>
              <w:spacing w:after="20"/>
            </w:pPr>
            <w:r/>
            <w:r>
              <w:rPr>
                <w:sz w:val="17"/>
              </w:rPr>
            </w:r>
          </w:p>
        </w:tc>
        <w:tc>
          <w:tcPr>
            <w:tcW w:type="dxa" w:w="1361"/>
          </w:tcPr>
          <w:p>
            <w:pPr>
              <w:spacing w:after="20"/>
            </w:pPr>
            <w:r/>
            <w:r>
              <w:rPr>
                <w:sz w:val="17"/>
              </w:rPr>
            </w:r>
          </w:p>
        </w:tc>
        <w:tc>
          <w:tcPr>
            <w:tcW w:type="dxa" w:w="1247"/>
          </w:tcPr>
          <w:p>
            <w:pPr>
              <w:spacing w:after="20"/>
            </w:pPr>
            <w:r/>
            <w:r>
              <w:rPr>
                <w:sz w:val="17"/>
              </w:rPr>
            </w:r>
          </w:p>
        </w:tc>
        <w:tc>
          <w:tcPr>
            <w:tcW w:type="dxa" w:w="1361"/>
          </w:tcPr>
          <w:p>
            <w:pPr>
              <w:spacing w:after="20"/>
            </w:pPr>
            <w:r/>
            <w:r>
              <w:rPr>
                <w:sz w:val="17"/>
              </w:rPr>
            </w:r>
          </w:p>
        </w:tc>
        <w:tc>
          <w:tcPr>
            <w:tcW w:type="dxa" w:w="1247"/>
          </w:tcPr>
          <w:p>
            <w:pPr>
              <w:spacing w:after="20"/>
            </w:pPr>
            <w:r/>
            <w:r>
              <w:rPr>
                <w:sz w:val="17"/>
              </w:rPr>
            </w:r>
          </w:p>
        </w:tc>
      </w:tr>
      <w:tr>
        <w:tc>
          <w:tcPr>
            <w:tcW w:type="dxa" w:w="1134"/>
          </w:tcPr>
          <w:p>
            <w:pPr>
              <w:spacing w:after="20"/>
            </w:pPr>
            <w:r/>
            <w:r>
              <w:rPr>
                <w:sz w:val="17"/>
              </w:rPr>
            </w:r>
          </w:p>
        </w:tc>
        <w:tc>
          <w:tcPr>
            <w:tcW w:type="dxa" w:w="2041"/>
          </w:tcPr>
          <w:p>
            <w:pPr>
              <w:spacing w:after="20"/>
            </w:pPr>
            <w:r/>
            <w:r>
              <w:rPr>
                <w:sz w:val="17"/>
              </w:rPr>
            </w:r>
          </w:p>
        </w:tc>
        <w:tc>
          <w:tcPr>
            <w:tcW w:type="dxa" w:w="1701"/>
          </w:tcPr>
          <w:p>
            <w:pPr>
              <w:spacing w:after="20"/>
            </w:pPr>
            <w:r/>
            <w:r>
              <w:rPr>
                <w:sz w:val="17"/>
              </w:rPr>
            </w:r>
          </w:p>
        </w:tc>
        <w:tc>
          <w:tcPr>
            <w:tcW w:type="dxa" w:w="1361"/>
          </w:tcPr>
          <w:p>
            <w:pPr>
              <w:spacing w:after="20"/>
            </w:pPr>
            <w:r/>
            <w:r>
              <w:rPr>
                <w:sz w:val="17"/>
              </w:rPr>
            </w:r>
          </w:p>
        </w:tc>
        <w:tc>
          <w:tcPr>
            <w:tcW w:type="dxa" w:w="1247"/>
          </w:tcPr>
          <w:p>
            <w:pPr>
              <w:spacing w:after="20"/>
            </w:pPr>
            <w:r/>
            <w:r>
              <w:rPr>
                <w:sz w:val="17"/>
              </w:rPr>
            </w:r>
          </w:p>
        </w:tc>
        <w:tc>
          <w:tcPr>
            <w:tcW w:type="dxa" w:w="1361"/>
          </w:tcPr>
          <w:p>
            <w:pPr>
              <w:spacing w:after="20"/>
            </w:pPr>
            <w:r/>
            <w:r>
              <w:rPr>
                <w:sz w:val="17"/>
              </w:rPr>
            </w:r>
          </w:p>
        </w:tc>
        <w:tc>
          <w:tcPr>
            <w:tcW w:type="dxa" w:w="1247"/>
          </w:tcPr>
          <w:p>
            <w:pPr>
              <w:spacing w:after="20"/>
            </w:pPr>
            <w:r/>
            <w:r>
              <w:rPr>
                <w:sz w:val="17"/>
              </w:rPr>
            </w:r>
          </w:p>
        </w:tc>
      </w:tr>
      <w:tr>
        <w:tc>
          <w:tcPr>
            <w:tcW w:type="dxa" w:w="1134"/>
          </w:tcPr>
          <w:p>
            <w:pPr>
              <w:spacing w:after="20"/>
            </w:pPr>
            <w:r/>
            <w:r>
              <w:rPr>
                <w:sz w:val="17"/>
              </w:rPr>
            </w:r>
          </w:p>
        </w:tc>
        <w:tc>
          <w:tcPr>
            <w:tcW w:type="dxa" w:w="2041"/>
          </w:tcPr>
          <w:p>
            <w:pPr>
              <w:spacing w:after="20"/>
            </w:pPr>
            <w:r/>
            <w:r>
              <w:rPr>
                <w:sz w:val="17"/>
              </w:rPr>
            </w:r>
          </w:p>
        </w:tc>
        <w:tc>
          <w:tcPr>
            <w:tcW w:type="dxa" w:w="1701"/>
          </w:tcPr>
          <w:p>
            <w:pPr>
              <w:spacing w:after="20"/>
            </w:pPr>
            <w:r/>
            <w:r>
              <w:rPr>
                <w:sz w:val="17"/>
              </w:rPr>
            </w:r>
          </w:p>
        </w:tc>
        <w:tc>
          <w:tcPr>
            <w:tcW w:type="dxa" w:w="1361"/>
          </w:tcPr>
          <w:p>
            <w:pPr>
              <w:spacing w:after="20"/>
            </w:pPr>
            <w:r/>
            <w:r>
              <w:rPr>
                <w:sz w:val="17"/>
              </w:rPr>
            </w:r>
          </w:p>
        </w:tc>
        <w:tc>
          <w:tcPr>
            <w:tcW w:type="dxa" w:w="1247"/>
          </w:tcPr>
          <w:p>
            <w:pPr>
              <w:spacing w:after="20"/>
            </w:pPr>
            <w:r/>
            <w:r>
              <w:rPr>
                <w:sz w:val="17"/>
              </w:rPr>
            </w:r>
          </w:p>
        </w:tc>
        <w:tc>
          <w:tcPr>
            <w:tcW w:type="dxa" w:w="1361"/>
          </w:tcPr>
          <w:p>
            <w:pPr>
              <w:spacing w:after="20"/>
            </w:pPr>
            <w:r/>
            <w:r>
              <w:rPr>
                <w:sz w:val="17"/>
              </w:rPr>
            </w:r>
          </w:p>
        </w:tc>
        <w:tc>
          <w:tcPr>
            <w:tcW w:type="dxa" w:w="1247"/>
          </w:tcPr>
          <w:p>
            <w:pPr>
              <w:spacing w:after="20"/>
            </w:pPr>
            <w:r/>
            <w:r>
              <w:rPr>
                <w:sz w:val="17"/>
              </w:rPr>
            </w:r>
          </w:p>
        </w:tc>
      </w:tr>
      <w:tr>
        <w:tc>
          <w:tcPr>
            <w:tcW w:type="dxa" w:w="1134"/>
          </w:tcPr>
          <w:p>
            <w:pPr>
              <w:spacing w:after="20"/>
            </w:pPr>
            <w:r/>
            <w:r>
              <w:rPr>
                <w:sz w:val="17"/>
              </w:rPr>
            </w:r>
          </w:p>
        </w:tc>
        <w:tc>
          <w:tcPr>
            <w:tcW w:type="dxa" w:w="2041"/>
          </w:tcPr>
          <w:p>
            <w:pPr>
              <w:spacing w:after="20"/>
            </w:pPr>
            <w:r/>
            <w:r>
              <w:rPr>
                <w:sz w:val="17"/>
              </w:rPr>
            </w:r>
          </w:p>
        </w:tc>
        <w:tc>
          <w:tcPr>
            <w:tcW w:type="dxa" w:w="1701"/>
          </w:tcPr>
          <w:p>
            <w:pPr>
              <w:spacing w:after="20"/>
            </w:pPr>
            <w:r/>
            <w:r>
              <w:rPr>
                <w:sz w:val="17"/>
              </w:rPr>
            </w:r>
          </w:p>
        </w:tc>
        <w:tc>
          <w:tcPr>
            <w:tcW w:type="dxa" w:w="1361"/>
          </w:tcPr>
          <w:p>
            <w:pPr>
              <w:spacing w:after="20"/>
            </w:pPr>
            <w:r/>
            <w:r>
              <w:rPr>
                <w:sz w:val="17"/>
              </w:rPr>
            </w:r>
          </w:p>
        </w:tc>
        <w:tc>
          <w:tcPr>
            <w:tcW w:type="dxa" w:w="1247"/>
          </w:tcPr>
          <w:p>
            <w:pPr>
              <w:spacing w:after="20"/>
            </w:pPr>
            <w:r/>
            <w:r>
              <w:rPr>
                <w:sz w:val="17"/>
              </w:rPr>
            </w:r>
          </w:p>
        </w:tc>
        <w:tc>
          <w:tcPr>
            <w:tcW w:type="dxa" w:w="1361"/>
          </w:tcPr>
          <w:p>
            <w:pPr>
              <w:spacing w:after="20"/>
            </w:pPr>
            <w:r/>
            <w:r>
              <w:rPr>
                <w:sz w:val="17"/>
              </w:rPr>
            </w:r>
          </w:p>
        </w:tc>
        <w:tc>
          <w:tcPr>
            <w:tcW w:type="dxa" w:w="1247"/>
          </w:tcPr>
          <w:p>
            <w:pPr>
              <w:spacing w:after="20"/>
            </w:pPr>
            <w:r/>
            <w:r>
              <w:rPr>
                <w:sz w:val="17"/>
              </w:rPr>
            </w:r>
          </w:p>
        </w:tc>
      </w:tr>
      <w:tr>
        <w:tc>
          <w:tcPr>
            <w:tcW w:type="dxa" w:w="1134"/>
          </w:tcPr>
          <w:p>
            <w:pPr>
              <w:spacing w:after="20"/>
            </w:pPr>
            <w:r/>
            <w:r>
              <w:rPr>
                <w:sz w:val="17"/>
              </w:rPr>
            </w:r>
          </w:p>
        </w:tc>
        <w:tc>
          <w:tcPr>
            <w:tcW w:type="dxa" w:w="2041"/>
          </w:tcPr>
          <w:p>
            <w:pPr>
              <w:spacing w:after="20"/>
            </w:pPr>
            <w:r/>
            <w:r>
              <w:rPr>
                <w:sz w:val="17"/>
              </w:rPr>
            </w:r>
          </w:p>
        </w:tc>
        <w:tc>
          <w:tcPr>
            <w:tcW w:type="dxa" w:w="1701"/>
          </w:tcPr>
          <w:p>
            <w:pPr>
              <w:spacing w:after="20"/>
            </w:pPr>
            <w:r/>
            <w:r>
              <w:rPr>
                <w:sz w:val="17"/>
              </w:rPr>
            </w:r>
          </w:p>
        </w:tc>
        <w:tc>
          <w:tcPr>
            <w:tcW w:type="dxa" w:w="1361"/>
          </w:tcPr>
          <w:p>
            <w:pPr>
              <w:spacing w:after="20"/>
            </w:pPr>
            <w:r/>
            <w:r>
              <w:rPr>
                <w:sz w:val="17"/>
              </w:rPr>
            </w:r>
          </w:p>
        </w:tc>
        <w:tc>
          <w:tcPr>
            <w:tcW w:type="dxa" w:w="1247"/>
          </w:tcPr>
          <w:p>
            <w:pPr>
              <w:spacing w:after="20"/>
            </w:pPr>
            <w:r/>
            <w:r>
              <w:rPr>
                <w:sz w:val="17"/>
              </w:rPr>
            </w:r>
          </w:p>
        </w:tc>
        <w:tc>
          <w:tcPr>
            <w:tcW w:type="dxa" w:w="1361"/>
          </w:tcPr>
          <w:p>
            <w:pPr>
              <w:spacing w:after="20"/>
            </w:pPr>
            <w:r/>
            <w:r>
              <w:rPr>
                <w:sz w:val="17"/>
              </w:rPr>
            </w:r>
          </w:p>
        </w:tc>
        <w:tc>
          <w:tcPr>
            <w:tcW w:type="dxa" w:w="1247"/>
          </w:tcPr>
          <w:p>
            <w:pPr>
              <w:spacing w:after="20"/>
            </w:pPr>
            <w:r/>
            <w:r>
              <w:rPr>
                <w:sz w:val="17"/>
              </w:rPr>
            </w:r>
          </w:p>
        </w:tc>
      </w:tr>
      <w:tr>
        <w:tc>
          <w:tcPr>
            <w:tcW w:type="dxa" w:w="1134"/>
          </w:tcPr>
          <w:p>
            <w:pPr>
              <w:spacing w:after="20"/>
            </w:pPr>
            <w:r/>
            <w:r>
              <w:rPr>
                <w:sz w:val="17"/>
              </w:rPr>
            </w:r>
          </w:p>
        </w:tc>
        <w:tc>
          <w:tcPr>
            <w:tcW w:type="dxa" w:w="2041"/>
          </w:tcPr>
          <w:p>
            <w:pPr>
              <w:spacing w:after="20"/>
            </w:pPr>
            <w:r/>
            <w:r>
              <w:rPr>
                <w:sz w:val="17"/>
              </w:rPr>
            </w:r>
          </w:p>
        </w:tc>
        <w:tc>
          <w:tcPr>
            <w:tcW w:type="dxa" w:w="1701"/>
          </w:tcPr>
          <w:p>
            <w:pPr>
              <w:spacing w:after="20"/>
            </w:pPr>
            <w:r/>
            <w:r>
              <w:rPr>
                <w:sz w:val="17"/>
              </w:rPr>
            </w:r>
          </w:p>
        </w:tc>
        <w:tc>
          <w:tcPr>
            <w:tcW w:type="dxa" w:w="1361"/>
          </w:tcPr>
          <w:p>
            <w:pPr>
              <w:spacing w:after="20"/>
            </w:pPr>
            <w:r/>
            <w:r>
              <w:rPr>
                <w:sz w:val="17"/>
              </w:rPr>
            </w:r>
          </w:p>
        </w:tc>
        <w:tc>
          <w:tcPr>
            <w:tcW w:type="dxa" w:w="1247"/>
          </w:tcPr>
          <w:p>
            <w:pPr>
              <w:spacing w:after="20"/>
            </w:pPr>
            <w:r/>
            <w:r>
              <w:rPr>
                <w:sz w:val="17"/>
              </w:rPr>
            </w:r>
          </w:p>
        </w:tc>
        <w:tc>
          <w:tcPr>
            <w:tcW w:type="dxa" w:w="1361"/>
          </w:tcPr>
          <w:p>
            <w:pPr>
              <w:spacing w:after="20"/>
            </w:pPr>
            <w:r/>
            <w:r>
              <w:rPr>
                <w:sz w:val="17"/>
              </w:rPr>
            </w:r>
          </w:p>
        </w:tc>
        <w:tc>
          <w:tcPr>
            <w:tcW w:type="dxa" w:w="1247"/>
          </w:tcPr>
          <w:p>
            <w:pPr>
              <w:spacing w:after="20"/>
            </w:pPr>
            <w:r/>
            <w:r>
              <w:rPr>
                <w:sz w:val="17"/>
              </w:rPr>
            </w:r>
          </w:p>
        </w:tc>
      </w:tr>
      <w:tr>
        <w:tc>
          <w:tcPr>
            <w:tcW w:type="dxa" w:w="1134"/>
          </w:tcPr>
          <w:p>
            <w:pPr>
              <w:spacing w:after="20"/>
            </w:pPr>
            <w:r/>
            <w:r>
              <w:rPr>
                <w:sz w:val="17"/>
              </w:rPr>
            </w:r>
          </w:p>
        </w:tc>
        <w:tc>
          <w:tcPr>
            <w:tcW w:type="dxa" w:w="2041"/>
          </w:tcPr>
          <w:p>
            <w:pPr>
              <w:spacing w:after="20"/>
            </w:pPr>
            <w:r/>
            <w:r>
              <w:rPr>
                <w:sz w:val="17"/>
              </w:rPr>
            </w:r>
          </w:p>
        </w:tc>
        <w:tc>
          <w:tcPr>
            <w:tcW w:type="dxa" w:w="1701"/>
          </w:tcPr>
          <w:p>
            <w:pPr>
              <w:spacing w:after="20"/>
            </w:pPr>
            <w:r/>
            <w:r>
              <w:rPr>
                <w:sz w:val="17"/>
              </w:rPr>
            </w:r>
          </w:p>
        </w:tc>
        <w:tc>
          <w:tcPr>
            <w:tcW w:type="dxa" w:w="1361"/>
          </w:tcPr>
          <w:p>
            <w:pPr>
              <w:spacing w:after="20"/>
            </w:pPr>
            <w:r/>
            <w:r>
              <w:rPr>
                <w:sz w:val="17"/>
              </w:rPr>
            </w:r>
          </w:p>
        </w:tc>
        <w:tc>
          <w:tcPr>
            <w:tcW w:type="dxa" w:w="1247"/>
          </w:tcPr>
          <w:p>
            <w:pPr>
              <w:spacing w:after="20"/>
            </w:pPr>
            <w:r/>
            <w:r>
              <w:rPr>
                <w:sz w:val="17"/>
              </w:rPr>
            </w:r>
          </w:p>
        </w:tc>
        <w:tc>
          <w:tcPr>
            <w:tcW w:type="dxa" w:w="1361"/>
          </w:tcPr>
          <w:p>
            <w:pPr>
              <w:spacing w:after="20"/>
            </w:pPr>
            <w:r/>
            <w:r>
              <w:rPr>
                <w:sz w:val="17"/>
              </w:rPr>
            </w:r>
          </w:p>
        </w:tc>
        <w:tc>
          <w:tcPr>
            <w:tcW w:type="dxa" w:w="1247"/>
          </w:tcPr>
          <w:p>
            <w:pPr>
              <w:spacing w:after="20"/>
            </w:pPr>
            <w:r/>
            <w:r>
              <w:rPr>
                <w:sz w:val="17"/>
              </w:rPr>
            </w:r>
          </w:p>
        </w:tc>
      </w:tr>
    </w:tbl>
    <w:p/>
    <w:p>
      <w:r>
        <w:rPr>
          <w:i w:val="0"/>
          <w:color w:val="6B6B6B"/>
          <w:sz w:val="17"/>
        </w:rPr>
        <w:t>The principal contractor ensures a suitable site induction is provided: CDM 2015 regulation 13(4)(a). Where there is no principal contractor, or it has not given one, the contractor gives it: regulation 15(9)(a).</w:t>
      </w:r>
    </w:p>
    <w:p>
      <w:r>
        <w:rPr>
          <w:i/>
          <w:color w:val="6B6B6B"/>
          <w:sz w:val="16"/>
        </w:rPr>
        <w:t>Not legal advice. Check it against HSE guidance and your own procedures.</w:t>
      </w:r>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unibuild.co.uk/downloads/site-induction-form/. Not legal advice: tailor it to the job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Site induction form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223</Words>
  <Characters>1196</Characters>
  <Application>Microsoft Macintosh Word</Application>
  <DocSecurity>0</DocSecurity>
  <Paragraphs>59</Paragraphs>
  <ScaleCrop>false</ScaleCrop>
  <HeadingPairs>
    <vt:vector size="2" baseType="variant">
      <vt:variant>
        <vt:lpstr>Title</vt:lpstr>
      </vt:variant>
      <vt:variant>
        <vt:i4>1</vt:i4>
      </vt:variant>
    </vt:vector>
  </HeadingPairs>
  <TitlesOfParts>
    <vt:vector size="1" baseType="lpstr">
      <vt:lpstr>Site induction form template</vt:lpstr>
    </vt:vector>
  </TitlesOfParts>
  <Manager/>
  <Company>Unibuild Technologies Limited</Company>
  <LinksUpToDate>false</LinksUpToDate>
  <CharactersWithSpaces>1360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induction form template (construction induction record and register), free editable Word document | Unibuild</dc:title>
  <dc:subject>One person’s induction: their details, card and emergency contact, eighteen topics ticked as they are covered, the declaration signed by both, and an induction register for the site.</dc:subject>
  <dc:creator>Unibuild</dc:creator>
  <cp:keywords>site induction form, Site induction form template Word, Word template, site induction form template, construction site induction form, site induction record, site induction checklist, induction register, contractor induction form, new starter induction</cp:keywords>
  <dc:description>A free editable site induction form for UK construction sites: the person’s details, card and emergency contact, every induction topic ticked as it is covered, from emergency procedures and welfare to the hazards on this site, RAMS, permits and reporting, the declaration signed by the inductee and the person giving it, and an induction register for the site. Built on CDM 2015 regulations 13(4)(a) and 15(9)(a). Free to download, use and reuse, from Unibuild (unibuild.co.uk). This is the Word version, to edit in Microsoft Word or any program that opens .docx files. Page: https://unibuild.co.uk/downloads/site-induction-form/</dc:description>
  <cp:lastModifiedBy>Unibuild</cp:lastModifiedBy>
  <cp:revision>1</cp:revision>
  <dcterms:created xsi:type="dcterms:W3CDTF">2026-10-28T00:00:00Z</dcterms:created>
  <dcterms:modified xsi:type="dcterms:W3CDTF">2026-10-28T07:10:31Z</dcterms:modified>
  <cp:category>Record</cp:category>
  <dc:language>en-GB</dc:language>
  <dc:identifier>https://unibuild.co.uk/assets/downloads/site-induction-form.docx</dc:identifier>
</cp:coreProperties>
</file>